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Отправитель: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организации-заявителя]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 просьбой об оказании благотворительной помощи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чем занимается организация, кому помогает, сколько человек получают помощь]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Наша деятельность направлена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 деятельности: например, социальную поддержку детей-сирот и детей, оставшихся без попечения родителей]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Сейчас нам необходимо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конкретной задачи: что нужно сделать, для кого, к какому сроку]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Без этого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произойдёт, если задача не будет решена: кто останется без помощи]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Собственных средств организации на эти цели недостаточно: из необходимых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мы располагаем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[имеющаяся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Просим Вас оказать благотворительную помощь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цель]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Расчёт необходимых средств приведён ниже.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939"/>
        <w:gridCol w:w="1781"/>
        <w:gridCol w:w="1633"/>
      </w:tblGrid>
      <w:tr>
        <w:trPr>
          <w:cantSplit/>
        </w:trPr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расходов</w:t>
            </w:r>
          </w:p>
        </w:tc>
        <w:tc>
          <w:tcPr>
            <w:tcW w:type="dxa" w:w="1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Количество</w:t>
            </w:r>
          </w:p>
        </w:tc>
        <w:tc>
          <w:tcPr>
            <w:tcW w:type="dxa" w:w="16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товара, работы или услуги]</w:t>
            </w:r>
          </w:p>
        </w:tc>
        <w:tc>
          <w:tcPr>
            <w:tcW w:type="dxa" w:w="1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6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59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товара, работы или услуги]</w:t>
            </w:r>
          </w:p>
        </w:tc>
        <w:tc>
          <w:tcPr>
            <w:tcW w:type="dxa" w:w="1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[количество]</w:t>
            </w:r>
          </w:p>
        </w:tc>
        <w:tc>
          <w:tcPr>
            <w:tcW w:type="dxa" w:w="16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594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78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3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Помощь может быть перечислена на расчётный счёт организации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назначении платежа просим указать: «Благотворительное пожертвование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НДС не облагается».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Гарантируем использование средств строго по указанному назначению.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их расходования мы направим Вам отчёт о целевом использовании с копиями платёжных и первичных документов и фотографиями результата. По Вашему желанию готовы заключить договор пожертвования и разместить информацию о Вашем участии на нашем сайте и в социальных сетях.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Будем благодарны за поддержку. Контактное лицо по вопросам помощи: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государственной регистрации (лист записи ЕГРЮЛ)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устава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Смета расходов (коммерческие предложения поставщиков)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подтверждающие необходимость помощи]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организации-заявителя]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просьбой об оказании благотворительной помощи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