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СОГЛАСИЕ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установку забора по смежной границе земельных участков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[населённый пункт]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являюсь собственником земельного участка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расположенного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выпиской из Единого государственного реестра недвижимости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(далее — мой участок).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Мой участок граничит с земельным участком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расположенным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собственником которого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Сосед).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Настоящим даю Соседу согласие на установку за его счёт забора по смежной границе наших земельных участков на следующих условиях.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Условия установки забора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Забор устанавливается по смежной границе участков, сведения о местоположении которой содержатся в Едином государственном реестре недвижимости, на участке протяжённостью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[длина]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 между характерными точками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 точек]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как показано на схеме, являющейся приложением к настоящему согласию.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Забор глухой,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[материал полотна, например профилированного 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[материал и тип столбов]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высотой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[высота]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 от поверхности земли, цвет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[цвет]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Между нижним краем полотна и землёй оставляется зазор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[величина]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см для проветривания и стока воды.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 согласен(на) с тем, что глухой забор указанной высоты может затенять часть моего участка вдоль границы, и не буду требовать его демонтажа, переноса или изменения его конструкции по этому основанию, если забор установлен в соответствии с настоящим согласием.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Работы выполняются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Для их выполнения я обеспечиваю Соседу и привлечённым им лицам доступ на мой участок в полосе шириной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[ширина]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 вдоль границы в заранее согласованные со мной дни. Сосед за свой счёт восстанавливает повреждённые при работах покрытия, насаждения и имущество и вывозит строительный мусор.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Забор принадлежит Соседу. Содержание, ремонт и окраску забора Сосед осуществляет своими силами и за свой счёт; для этого я обеспечиваю ему доступ к забору со стороны моего участка в согласованное время.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Установка забора не изменяет границ наших земельных участков и не является основанием для изменения сведений о них в Едином государственном реестре недвижимости.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Настоящее согласие составлено в двух экземплярах, по одному для меня и Соседа.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Схема расположения забора на смежной границе земельных участков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выписок из Единого государственного реестра недвижимости на оба земельных участка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 собственника, дающего согласие]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условиями согласия ознакомлен(а) и согласен(на):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 Соседа]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соседа на установку забора по смежной границе земельных участков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