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оценки обеспечения готовности к отопительному периоду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[2026/2027]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образованная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[постановлением]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соответствии с программой проведения оценки обеспечения готовности к отопительному периоду, утверждённой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председателя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провела оценку обеспечения готовности к отопительному периоду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[2026/2027]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Оценка проведена в соответствии со статьёй 20 Федерального закона от 27.07.2010 № 190-ФЗ «О теплоснабжении», Правилами обеспечения готовности к отопительному периоду и Порядком проведения оценки обеспечения готовности к отопительному периоду, утверждёнными приказом Минэнерго России от 13.11.2024 № 2234.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Состав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 местного самоуправления]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Члены комиссии: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представитель единой теплоснабжающей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государственного жилищного надзора]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представитель газораспределительной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Оцениваемое лицо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лицензия на осуществление предпринимательской деятельности по управлению многоквартирными домами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проведении оценки присутствовал представитель оцениваемого лица: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действующий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[доверенности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Оценочные листы и подтверждающие документы представлены оцениваемым лицом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Комиссией проведён осмотр объектов оценки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Объекты оценки и уровень их готовности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4454"/>
        <w:gridCol w:w="1893"/>
        <w:gridCol w:w="2227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Объект оценки (адрес многоквартирного дома)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Индекс готовности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Уровень готовности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многоквартирного дома]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[уровень готовности]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многоквартирного дома]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[уровень готовности]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44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многоквартирного дома]</w:t>
            </w:r>
          </w:p>
        </w:tc>
        <w:tc>
          <w:tcPr>
            <w:tcW w:type="dxa" w:w="18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</w:p>
        </w:tc>
        <w:tc>
          <w:tcPr>
            <w:tcW w:type="dxa" w:w="2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[уровень готовности]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Уровень готовности оцениваемого лица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Индекс обеспечения готовности оцениваемого лица, определённый как среднее арифметическое индексов готовности объектов оценки,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Уровень обеспечения готовности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отопительному периоду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[2026/2027]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гг.: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[уровень готовности]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Выявленные замечания и сроки их устранения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97"/>
        <w:gridCol w:w="3716"/>
        <w:gridCol w:w="2819"/>
        <w:gridCol w:w="1922"/>
      </w:tblGrid>
      <w:tr>
        <w:trPr>
          <w:cantSplit/>
        </w:trPr>
        <w:tc>
          <w:tcPr>
            <w:tcW w:type="dxa" w:w="8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7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Объект оценки</w:t>
            </w:r>
          </w:p>
        </w:tc>
        <w:tc>
          <w:tcPr>
            <w:tcW w:type="dxa" w:w="2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Замечание</w:t>
            </w:r>
          </w:p>
        </w:tc>
        <w:tc>
          <w:tcPr>
            <w:tcW w:type="dxa" w:w="1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Срок устранения</w:t>
            </w:r>
          </w:p>
        </w:tc>
      </w:tr>
      <w:tr>
        <w:trPr>
          <w:cantSplit/>
        </w:trPr>
        <w:tc>
          <w:tcPr>
            <w:tcW w:type="dxa" w:w="8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7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многоквартирного дома]</w:t>
            </w:r>
          </w:p>
        </w:tc>
        <w:tc>
          <w:tcPr>
            <w:tcW w:type="dxa" w:w="2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[содержание замечания]</w:t>
            </w:r>
          </w:p>
        </w:tc>
        <w:tc>
          <w:tcPr>
            <w:tcW w:type="dxa" w:w="1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8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7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многоквартирного дома]</w:t>
            </w:r>
          </w:p>
        </w:tc>
        <w:tc>
          <w:tcPr>
            <w:tcW w:type="dxa" w:w="2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[содержание замечания]</w:t>
            </w:r>
          </w:p>
        </w:tc>
        <w:tc>
          <w:tcPr>
            <w:tcW w:type="dxa" w:w="19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Оцениваемое лицо обязано устранить все замечания в указанные сроки и направить в комиссию уведомление об их устранении с приложением подтверждающих документов. Повторная оценка проводится комиссией в порядке и сроки, установленные Порядком проведения оценки обеспечения готовности к отопительному периоду.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обеспечения готовности к отопительному периоду выдаётся оцениваемому лицу в сроки, установленные указанным Порядком.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Оценочный лист по объекту: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Оценочный лист по объекту: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Оценочный лист по объекту: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Члены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Один экземпляр акта с приложениями получил: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обеспечения готовности управляющей организации (МКД) к отопительному периоду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