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частичной ликвидации (разукомплектации) основного средства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Основание и состав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Основание: приказ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«О частичной ликвидации основного средства».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Комиссия, назначенная этим приказом, в составе председателя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членов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участием материально ответственного лица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осмотрела объект основных средств, проверила техническую и учётную документацию, приняла выполненные работы по демонтажу и составила настоящий акт.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Сведения об объекте основных средств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Наименование объекта: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объекта основных средств]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Инвентарный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заводской (серийный)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кадастровый номер (для недвижимого имущества):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нахождения: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[адрес, цех, участок]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принятия к бухгалтерскому учёту: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г.; группа (вид) основных средств: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[группа]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амортизационная группа для целей налогообложения: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полезного использования: в бухгалтерском учёте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мес., в налоговом учёте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мес.; фактический срок эксплуатации на дату акта: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Объект после частичной ликвидации сохраняет работоспособность и продолжает использоваться в деятельности организации по прежнему назначению: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[назначение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Ликвидируемая часть и причины ликвидации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Ликвидации (демонтажу) подлежит следующая часть объекта: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конструктивного элемента, узла, агрегата, части здания]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расположенная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в составе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Технические характеристики ликвидируемой части: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[мощность, площадь, длина, объём и иные показатели]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Причина ликвидации: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[физический износ, авария, повреждение, моральное устаревание, ненужность части для деятельности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Состояние ликвидируемой части установлено комиссией при осмотре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[дефектной ведомостью, заключением специалиста, актом технического состояния]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Восстановление ликвидируемой части экономически нецелесообразно, так как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[стоимость ремонта превышает стоимость новой части, запасные части не выпускаются, часть не используется после изменения технологии]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Работы по демонтажу выполнены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подрядчика или подразделения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Доля и стоимость ликвидируемой части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Доля ликвидируемой части в стоимости объекта определена комиссией в размере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[значение]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%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исходя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расчёта: соотношение площадей, длины или мощности, стоимость комплектующих по документам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соответствует учётной политике организации. Расчёт: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[формула и показатели расчёта]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Стоимость ликвидируемой части и объекта после ликвидации приведена в таблице.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4454"/>
        <w:gridCol w:w="2672"/>
        <w:gridCol w:w="2227"/>
      </w:tblGrid>
      <w:tr>
        <w:trPr>
          <w:cantSplit/>
        </w:trPr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Показатель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Бухгалтерский учёт, руб.</w:t>
            </w:r>
          </w:p>
        </w:tc>
        <w:tc>
          <w:tcPr>
            <w:tcW w:type="dxa" w:w="2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Налоговый учёт, руб.</w:t>
            </w:r>
          </w:p>
        </w:tc>
      </w:tr>
      <w:tr>
        <w:trPr>
          <w:cantSplit/>
        </w:trPr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Первоначальная стоимость объекта до частичной ликвидации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Первоначальная стоимость ликвидируемой части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Накопленная амортизация ликвидируемой части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Накопленное обесценение ликвидируемой части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не применяется</w:t>
            </w:r>
          </w:p>
        </w:tc>
      </w:tr>
      <w:tr>
        <w:trPr>
          <w:cantSplit/>
        </w:trPr>
        <w:tc>
          <w:tcPr>
            <w:tcW w:type="dxa" w:w="44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Балансовая (остаточная) стоимость ликвидируемой части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2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44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Первоначальная стоимость объекта после частичной ликвидации</w:t>
            </w:r>
          </w:p>
        </w:tc>
        <w:tc>
          <w:tcPr>
            <w:tcW w:type="dxa" w:w="26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2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Ценности, полученные при разукомплектации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результате демонтажа ликвидируемой части получены и переданы на склад следующие запасы: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839"/>
        <w:gridCol w:w="4797"/>
        <w:gridCol w:w="959"/>
        <w:gridCol w:w="959"/>
        <w:gridCol w:w="1799"/>
      </w:tblGrid>
      <w:tr>
        <w:trPr>
          <w:cantSplit/>
        </w:trPr>
        <w:tc>
          <w:tcPr>
            <w:tcW w:type="dxa" w:w="8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47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</w:t>
            </w:r>
          </w:p>
        </w:tc>
        <w:tc>
          <w:tcPr>
            <w:tcW w:type="dxa" w:w="9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Ед. изм.</w:t>
            </w:r>
          </w:p>
        </w:tc>
        <w:tc>
          <w:tcPr>
            <w:tcW w:type="dxa" w:w="9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</w:t>
            </w:r>
          </w:p>
        </w:tc>
        <w:tc>
          <w:tcPr>
            <w:tcW w:type="dxa" w:w="1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Стоимость, руб.</w:t>
            </w:r>
          </w:p>
        </w:tc>
      </w:tr>
      <w:tr>
        <w:trPr>
          <w:cantSplit/>
        </w:trPr>
        <w:tc>
          <w:tcPr>
            <w:tcW w:type="dxa" w:w="8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47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 детали, узла, материала, металлолома]</w:t>
            </w:r>
          </w:p>
        </w:tc>
        <w:tc>
          <w:tcPr>
            <w:tcW w:type="dxa" w:w="9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[ед.]</w:t>
            </w:r>
          </w:p>
        </w:tc>
        <w:tc>
          <w:tcPr>
            <w:tcW w:type="dxa" w:w="9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1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84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479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[наименование]</w:t>
            </w:r>
          </w:p>
        </w:tc>
        <w:tc>
          <w:tcPr>
            <w:tcW w:type="dxa" w:w="9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[ед.]</w:t>
            </w:r>
          </w:p>
        </w:tc>
        <w:tc>
          <w:tcPr>
            <w:tcW w:type="dxa" w:w="9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[кол-во]</w:t>
            </w:r>
          </w:p>
        </w:tc>
        <w:tc>
          <w:tcPr>
            <w:tcW w:type="dxa" w:w="17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84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479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95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95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79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полученных запасов определена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 рыночным ценам на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согласно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цен]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в соответствии с учётной политикой организации. Запасы приняты на хранение материально ответственным лицом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приходному ордеру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Детали и материалы, непригодные к дальнейшему использованию и реализации: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переданы на утилизацию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Затраты на частичную ликвидацию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Затраты на демонтаж и вывоз ликвидируемой части составили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руб.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том числе: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[работы подрядчика по акту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материалы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заработная плата работников с взносами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прочие расходы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Заключение комиссии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Часть объекта основных средств, указанная в разделе 3, ликвидирована. Объект с инвентарным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продолжает учитываться в составе основных средств по первоначальной стоимости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бухгалтерском учёте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налоговом учёте.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Бухгалтерии: уменьшить первоначальную стоимость и накопленную амортизацию объекта на суммы, указанные в разделе 4; оприходовать запасы, указанные в разделе 5; учесть затраты, указанные в разделе 6; внести изменения в инвентарную карточку объекта; пересчитать ежемесячную сумму амортизации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составлен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экземплярах: первый передаётся в бухгалтерию, второй остаётся у материально ответственного лица.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 частичной ликвидации основного средства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Дефектная ведомость (заключение о техническом состоянии)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Расчёт доли ликвидируемой части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выполненных работ по демонтажу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Приходный ордер на оприходование запасов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Члены комиссии: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Запасы, указанные в разделе 5, принял на хранение: материально ответственное лицо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Изменения в инвентарную карточку объекта внесены: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 бухгалтерии]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частичной ликвидации (разукомплектации) основного средства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