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Общество с ограниченной ответственностью «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»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[КПП]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юридического лица по ЕГРЮЛ]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ПРИКАЗ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распределении обязанностей между руководителями организации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целях обеспечения эффективного управления деятельностью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 (далее — Общество), закрепления персональной ответственности руководителей за порученные направления работы и обеспечения взаимозаменяемости, в соответствии со статьями 8, 22 Трудового кодекса Российской Федерации, уставом Общества, в пределах трудовых функций, определённых трудовыми договорами и должностными инструкциями работников,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ПРИКАЗЫВАЮ: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Утвердить следующее распределение обязанностей между руководителями Общества.</w:t>
      </w:r>
    </w:p>
    <w:p>
      <w:pPr>
        <w:keepNext/>
        <w:spacing w:before="12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1.1. Генеральный директор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[ФИО]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Осуществляет руководство текущей деятельностью Общества, организует работу его структурных подразделений.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Непосредственно руководит деятельностью заместителей генерального директора, главного бухгалтера, отдела кадров и юридического отдела.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Принимает решения о приёме на работу, переводе, увольнении работников, применении поощрений и дисциплинарных взысканий.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Утверждает штатное расписание, локальные нормативные акты, план финансово-хозяйственной деятельности.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Осуществляет общее руководство системой управления охраной труда Общества и обеспечивает её функционирование.</w:t>
      </w:r>
    </w:p>
    <w:p>
      <w:pPr>
        <w:keepNext/>
        <w:spacing w:before="12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1.2. Заместитель генерального директора по коммерческим вопросам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[ФИО]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Организует работу по сбыту продукции (услуг), закупкам, договорной работе с контрагентами.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Непосредственно руководит деятельностью отдела продаж, отдела закупок и склада.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Организует подготовку проектов договоров, контроль их исполнения и претензионную работу совместно с юридическим отделом.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Обеспечивает контроль дебиторской задолженности покупателей и своевременное представление в бухгалтерию первичных документов по курируемым направлениям.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Обеспечивает соблюдение требований охраны труда в курируемых подразделениях.</w:t>
      </w:r>
    </w:p>
    <w:p>
      <w:pPr>
        <w:keepNext/>
        <w:spacing w:before="12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1.3. Заместитель генерального директора по производству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[ФИО]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Организует производственную деятельность Общества, выполнение производственных планов и сроков.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Непосредственно руководит деятельностью производственного цеха, ремонтно-механической службы и службы охраны труда.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Обеспечивает техническое обслуживание, исправность и безопасную эксплуатацию оборудования, зданий и сооружений.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Организует проведение специальной оценки условий труда, оценки профессиональных рисков, обучения и инструктажей по охране труда, обеспечение работников средствами индивидуальной защиты, проведение медицинских осмотров.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Организует соблюдение требований пожарной безопасности и промышленной санитарии в производственных помещениях.</w:t>
      </w:r>
    </w:p>
    <w:p>
      <w:pPr>
        <w:keepNext/>
        <w:spacing w:before="12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1.4. Главный бухгалтер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[ФИО]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Организует ведение бухгалтерского и налогового учёта, формирование и представление отчётности.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Непосредственно руководит деятельностью бухгалтерии.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1.4.3.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Обеспечивает своевременное начисление и выплату заработной платы, уплату налогов и страховых взносов.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1.4.4.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Осуществляет контроль за соблюдением порядка оформления первичных учётных документов и проведением инвентаризаций.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1.4.5.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Обеспечивает соблюдение требований охраны труда в бухгалтерии.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Установить следующий порядок взаимозаменяемости на период временного отсутствия руководителей (отпуск, временная нетрудоспособность, командировка):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Генерального директора замещает заместитель генерального директора по коммерческим вопросам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Заместителя генерального директора по коммерческим вопросам замещает заместитель генерального директора по производству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Заместителя генерального директора по производству замещает заместитель генерального директора по коммерческим вопросам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Главного бухгалтера замещает заместитель главного бухгалтера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Замещение осуществляется в пределах обязанностей, предусмотренных должностными инструкциями замещающих работников. Права действовать от имени Общества перед третьими лицами, в том числе подписывать договоры, финансовые и банковские документы, замещающее лицо осуществляет на основании доверенности, выданной Обществом.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утратившим силу приказ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«О распределении обязанностей».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Начальнику отдела кадров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ознакомить с настоящим приказом под подпись лиц, указанных в нём.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Контроль за исполнением настоящего приказа оставляю за собой.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Генеральный директор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приказом ознакомлены: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Заместитель генерального директора по коммерческим вопросам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Заместитель генерального директора по производству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Главный бухгалтер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Заместитель главного бухгалтера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Начальник отдела кадров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распределении обязанностей между руководителями организации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