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суда, например: Ленинский районный суд г. Иваново]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судье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судьи, если известно]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[Процессуальный статус, например: Истец]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 и фактического проживания]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мобильный телефон: +7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[10 цифр номера]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РАСПИСКА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согласии на извещение посредством СМС-сообщения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являющийся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[процессуальный статус, например: истцом]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гражданскому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иску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или наименование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или наименование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[предмет спора]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в соответствии с частью 1 статьи 113 Гражданского процессуального кодекса Российской Федерации, пунктом 2 постановления Пленума Верховного Суда Российской Федерации от 26.06.2008 № 13 и пунктом 2.3 Регламента организации извещения участников судопроизводства посредством СМС-сообщений, утверждённого приказом Судебного департамента при Верховном Суде Российской Федерации от 25.12.2013 № 257, даю согласие на то, что извещения о времени и месте судебного заседания или совершения отдельных процессуальных действий по указанному делу будут направляться мне СМС-сообщением на номер мобильного телефона: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+7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[10 цифр номера мобильного телефона]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Я проинформирован, что вправе указать любой номер мобильного телефона любого оператора сотовой связи, действующего на территории Российской Федерации.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Я подтверждаю, что по указанному номеру мобильного телефона отсутствует блокировка на входящие СМС-сообщения с коротких номеров и буквенных адресатов.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Обязуюсь ежедневно просматривать СМС-сообщения, поступающие на указанный номер мобильного телефона от суда (основной идентификатор отправителя: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[заполняется работником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резервный идентификатор: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[заполняется работником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Мне известно, что с момента поступления на указанный номер мобильного телефона СМС-сообщения с извещением я считаюсь извещённым о времени и месте судебного заседания или совершения процессуального действия.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случае изменения указанного номера мобильного телефона обязуюсь незамедлительно письменно уведомить суд.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участника судебного процесса о согласии на извещение посредством СМС-сообщения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