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Отделение Фонда пенсионного и социального страхования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Российской Федерации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отделения или клиентской службы по месту жительства]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индивидуальный предприниматель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ОГРНИП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номер в СФР: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 места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[индекс, 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снятии с регистрационного учёта в качестве страхователя, заключившего трудовой договор с работником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зарегистрирован(а) в качестве индивидуального предпринимателя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регистрации в ЕГРИП]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ОГРНИП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связи с заключением трудового договора с работником я был(а) зарегистрирован(а) в отделении Фонда пенсионного и социального страхования Российской Федерации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качестве страхователя, регистрационный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трудовой договор с моим последним работником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прекращён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прекращения трудового договора со ссылкой на пункт и статью Трудового кодекса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приказ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Сведения о прекращении трудовых отношений представлены в составе формы ЕФС-1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представления]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квитанцией о приёме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Других работников по трудовым договорам у меня нет. Договоров гражданско-правового характера, по которым начисляются страховые взносы на обязательное социальное страхование от несчастных случаев на производстве и профессиональных заболеваний, я не заключал(а).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 состоянию на дату подачи настоящего заявления я не снят(а) с регистрационного учёта в качестве страхователя, уведомление о снятии с учёта мне не поступало.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статье 6 Федерального закона от 24.07.1998 № 125-ФЗ «Об обязательном социальном страховании от несчастных случаев на производстве и профессиональных заболеваний» индивидуальный предприниматель снимается с регистрационного учёта в качестве страхователя в течение трёх рабочих дней со дня получения сведений о прекращении трудовых отношений с последним работником при отсутствии договоров гражданско-правового характера, по которым уплачиваются страховые взносы.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 прекращении трудовых отношений с последним работником представлены мной в установленном порядке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Срок для снятия с учёта истёк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однако решение о снятии с учёта не принято.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Пока я состою на учёте, я формально сохраняю статус страхователя-работодателя, и ко мне могут быть предъявлены требования о представлении отчётности за периоды, когда у меня не было работников.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статьёй 6 Федерального закона от 24.07.1998 № 125-ФЗ, Федеральным законом от 02.05.2006 № 59-ФЗ «О порядке рассмотрения обращений граждан Российской Федерации»,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Снять меня, индивидуального предпринимателя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ОГРНИП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 регистрационного учёта в качестве страхователя, заключившего трудовой договор с работником, в связи с прекращением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трудовых отношений с последним работником.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Направить мне уведомление о снятии с регистрационного учёта по адресу электронной почты, указанному в заявлении, или в личный кабинет на Едином портале государственных и муниципальных услуг.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выявления препятствий для снятия с учёта сообщить мне, какие сведения необходимо представить или исправить.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приказа о прекращении трудового договора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квитанции о приёме формы ЕФС-1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документа, удостоверяющего личность заявителя,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индивидуального предпринимателя]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ИП в СФР о снятии с учёта в качестве страхователя-работодателя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