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работодателя, например: ООО «Альфа»]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работодателя]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выплате задолженности по заработной плате и денежной компенсации за задержку ее выплаты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Мой должностной оклад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Правилами внутреннего трудового распорядка установлены дни выплаты заработной платы: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(за первую половину месяца)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(окончательный расчет за предыдущий месяц) каждого месяца.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Заработная 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после удержания налога на доходы физических лиц должна была быть выплачена мне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настоящего заявления она мне не выплачена. Задолженность по заработной плате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Денежная компенсация за задержку выплаты, рассчитанная на дату составления заявления, составляет: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461"/>
        <w:gridCol w:w="2631"/>
        <w:gridCol w:w="1023"/>
        <w:gridCol w:w="1754"/>
        <w:gridCol w:w="2484"/>
      </w:tblGrid>
      <w:tr>
        <w:trPr>
          <w:cantSplit/>
        </w:trPr>
        <w:tc>
          <w:tcPr>
            <w:tcW w:type="dxa" w:w="1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Долг, руб.</w:t>
            </w:r>
          </w:p>
        </w:tc>
        <w:tc>
          <w:tcPr>
            <w:tcW w:type="dxa" w:w="26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Период просрочки</w:t>
            </w:r>
          </w:p>
        </w:tc>
        <w:tc>
          <w:tcPr>
            <w:tcW w:type="dxa" w:w="10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Дней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Ставка ЦБ, %</w:t>
            </w:r>
          </w:p>
        </w:tc>
        <w:tc>
          <w:tcPr>
            <w:tcW w:type="dxa" w:w="24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Компенсация, руб.</w:t>
            </w:r>
          </w:p>
        </w:tc>
      </w:tr>
      <w:tr>
        <w:trPr>
          <w:cantSplit/>
        </w:trPr>
        <w:tc>
          <w:tcPr>
            <w:tcW w:type="dxa" w:w="1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6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0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[ставка]</w:t>
            </w:r>
          </w:p>
        </w:tc>
        <w:tc>
          <w:tcPr>
            <w:tcW w:type="dxa" w:w="24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2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5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4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Период просрочки считается со дня, следующего за установленным днем выплаты. Компенсация рассчитана по формуле: сумма долга × ключевая ставка × 1/150 × количество дней просрочки. Окончательный размер компенсации определяется на день фактической выплаты задолженности включительно.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абз. 5 ч. 1 ст. 21 и абз. 7 ч. 2 ст. 22 Трудового кодекса РФ работник имеет право на своевременную и в полном объеме выплату заработной платы, а работодатель обязан выплачивать ее в полном размере в сроки, установленные Трудовым кодексом РФ, коллективным договором, правилами внутреннего трудового распорядка и трудовыми договорами.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ч. 6 ст. 136 Трудового кодекса РФ заработная плата выплачивается не реже чем каждые полмесяца, не позднее 15 календарных дней со дня окончания периода, за который она начислена. Установленный у работодателя срок выплаты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1 ст. 236 Трудового кодекса РФ при нарушении срока выплаты заработной платы работодатель обязан выплатить ее с уплатой процентов (денежной компенсации) в размере не ниже 1/150 действующей в это время ключевой ставки Центрального банка РФ от не выплаченных в срок сумм за каждый день задержки, начиная со следующего дня после установленного срока выплаты по день фактического расчета включительно.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выплатить компенсацию возникает независимо от наличия вины работодателя (ч. 2 ст. 236 Трудового кодекса РФ). Поэтому отсутствие денежных средств у организации или задержка оплаты от контрагентов не освобождает от ее выплаты.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21, 22, 136, 236 Трудового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мне задолженность по заработной плате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в срок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задолженностью выплатить мне денежную компенсацию за задержку выплаты заработной платы, рассчитанную по ст. 236 Трудового кодекса РФ по день фактической выплаты включительно.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расчетный листок с указанием начисленной компенсации.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Перечислить денежные средства на мою зарплатную банковскую карту.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невыплаты в указанный срок я обращусь в Государственную инспекцию труда, прокуратуру и суд за защитой своих трудовых прав.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расчетного листка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банковскому счету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выплате задолженности по заработной плате и компенсации за задержку (ст. 236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