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организатора концерта, например ООО «...»]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организатора]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билетного оператора]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с индексом]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денег за билеты в связи с переносом концерта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через сайт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билетного сервиса и адрес сайта]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приобрёл(а)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билет(а) на концерт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[название концерта, исполнитель]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который должен был состояться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площадке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площадки]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Организатором концерта согласно билетам и кассовому чеку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Номера билетов: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билетов, ряд и 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Цена каждого билета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общая стоимость билетов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Дополнительно я оплатил(а) сервисный сбор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Оплата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номер заказа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заказа]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объявления]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организатор сообщил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[где опубликовано: сайт организатора, письмо билетного сервиса]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переносе концерта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[новая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Перенос произведён по инициативе организатора, моего согласия на изменение даты не запрашивалось. Посетить концерт в новую дату я не могу, билеты не использованы.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Настоящей претензией я отказываюсь от договора и прошу вернуть уплаченные деньги.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подал(а) заявку на возврат через сайт билетного сервиса, номер обращения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; деньги до настоящего времени не возвращены.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части 9 статьи 52.1 Основ законодательства Российской Федерации о культуре в случае отмены, замены либо переноса проведения мероприятия по инициативе организатора посетителю возмещается полная стоимость билета. Предложение посетить мероприятие в другое время не лишает посетителя права на возврат полной стоимости билета.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1 статьи 28 Закона РФ от 07.02.1992 № 2300-1 «О защите прав потребителей» (далее — Закон) если исполнитель нарушил сроки оказания услуги, потребитель вправе отказаться от исполнения договора и потребовать полного возмещения убытков, причинённых нарушением сроков. Кроме того, потребитель вправе отказаться от исполнения договора об оказании услуг в любое время (статья 32 Закона, статья 782 Гражданского кодекса РФ). Сервисный сбор уплачен мной только в связи с покупкой билетов на этот концерт и является моими убытками (статья 15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возврате уплаченной суммы подлежит удовлетворению в течение 10 дней со дня его предъявления (пункт 1 статьи 31 Закона). За нарушение этого срока исполнитель уплачивает неустойку в размере 3 % цены услуги за каждый день просрочки (пункт 3 статьи 31, пункт 5 статьи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предварительная оплата получена на банковский счёт владельца агрегатора, а услуга не оказана в срок, потребитель вправе потребовать от владельца агрегатора возврата предоплаты, который производится в течение 10 календарных дней (пункт 2.2 статьи 12 Закона). Копия настоящей претензии направлена билетному оператору в том числе в качестве такого требования.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Моральный вред, причинённый потребителю нарушением его прав, подлежит компенсации (статья 15 Закона). При отказе добровольно удовлетворить требования потребителя суд взыскивает штраф в размере 50 % от присуждённой суммы (пункт 6 статьи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частью 9 статьи 52.1 Основ законодательства Российской Федерации о культуре, статьями 12, 13, 15, 28, 31, 32 Закона, статьями 15 и 782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мой отказ от договора в отношении билетов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билетов]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полную стоимость билетов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убытки в виде сервисного сбора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деньги в течение 10 дней со дня получения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ответ на претензию по почтовому адресу или адресу электронной почты, указанным выше.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деньги не будут возвращены в срок, я обращусь в суд с иском о взыскании стоимости билетов, убытков,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электронных билетов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 объявления о переносе концерта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переписки с билетным сервисом по заявке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заявителя]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организатору о возврате денег за билеты в связи с переносом концерта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