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Генеральному директору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организации или ИП, владеющих базой отдыха]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 или ОГРНИП]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[юридический адрес из ЕГРЮЛ или ЕГРИП]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Потребитель: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 с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ПРЕТЕНЗИЯ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возврате денежных средств и уменьшении цены в связи с несоответствием условий проживания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бронирования]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забронировал(-а) на базе отдыха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базы]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расположенной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базы]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[домик или номер, категория]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для проживания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человек на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заезда]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выезда]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суток), бронирование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– Договор). Цена проживания составила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за сутки, всего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Оплата произведена мною полностью,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[кассовый чек № ... от ...]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Согласно описанию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[сайт базы или агрегатор]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подтверждению бронирования, в стоимость входили: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[перечислите обещанное, например: отапливаемый домик площадью 40 кв. м с горячей водой, пользование баней, завтраки]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 прибытии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заезда]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выяснилось, что условия проживания не соответствуют Договору и заявленной информации: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[опишите первый недостаток, например: в домике отсутствовала горячая вода, температура в спальне не поднималась выше +14 °C]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[опишите второй недостаток, например: баня, включённая в стоимость, не работала, по словам администратора – «на ремонте»]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[опишите третий недостаток, например: на соседнем участке велись строительные работы с 8:00 до 20:00, о чём при бронировании не сообщалось]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и 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сообщил(-а) о недостатках администратору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администратора, если известно]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лично и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[мессенджер или электронная почта]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потребовал(-а) их устранить или предоставить другой домик. Недостатки устранены не были, замена не предложена. В связи с этим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и время отъезда]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отказался(-ась) от дальнейшего исполнения Договора, о чём уведомил(-а) администратора, и покинул(-а) базу отдыха. Недостатки подтверждаются фото- и видеозаписями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перепиской с администратором.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Таким образом, услуги проживания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суток мне не оказаны, а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суток оказаны с существенными недостатками. Кроме того, в связи с досрочным отъездом я понёс(-ла) расходы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расходов, например: проживание в другом месте, дорогу]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[чеки]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Исполнитель обязан оказать услугу, качество которой соответствует договору и информации, предоставленной потребителю (ст. 4 Закона РФ от 07.02.1992 № 2300-1 «О защите прав потребителей», далее – Закон; ст. 779 Гражданского кодекса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обнаружении недостатков оказанной услуги потребитель вправе потребовать соответствующего уменьшения цены, а если недостатки не устранены исполнителем в разумный срок либо имеются существенные отступления от условий договора – отказаться от исполнения договора и потребовать полного возмещения убытков (п. 1 ст. 29 Закона).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потребителю не предоставлена достоверная информация об услуге, он вправе отказаться от исполнения договора, потребовать возврата уплаченной суммы и возмещения убытков (п. 1 ст. 12 Закона). Обязанность предоставить потребителю достоверную информацию о средстве размещения и номере установлена также Правилами предоставления гостиничных услуг в Российской Федерации, утверждёнными постановлением Правительства РФ от 27.11.2025 № 1912.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Требования об уменьшении цены, возврате уплаченной суммы и возмещении убытков подлежат удовлетворению в течение 10 дней со дня предъявления (п. 1 ст. 31 Закона). За нарушение этого срока исполнитель уплачивает неустойку в размере 3 % цены услуги за каждый день просрочки (п. 3 ст. 31, п. 5 ст. 28 Закона).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Нарушение прав потребителя влечёт компенсацию морального вреда (ст. 15 Закона), а отказ добровольно удовлетворить требования потребителя – взыскание судом штрафа в размере 50 % от присуждённой суммы (п. 6 ст. 13 Закона).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4, 12, 13, 15, 28, 29, 31 Закона РФ «О защите прав потребителей», ст. 779 Гражданского кодекса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Вернуть мне денежные средства за неоказанные услуги проживания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суток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Уменьшить цену услуг проживания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суток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в связи с выявленными недостатками и вернуть мне эту сумму.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Возместить убытки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Общую сумму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прошу перечислить в течение 10 дней со дня получения настоящей претензии по реквизитам: получатель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счёт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банк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корр. счёт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требования не будут удовлетворены в указанный срок, я обращусь в суд с иском о взыскании указанных сумм, неустойки, компенсации морального вреда, штрафа в размере 50 % от присуждённой суммы и судебных расходов.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подтверждения бронирования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кассового чека об оплате.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Скриншоты описания базы отдыха и домика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[сайт базы или агрегатор]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Фотографии недостатков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Скриншоты переписки с администратором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Копии документов, подтверждающих убытки.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на базу отдыха (турбазу, глэмпинг) о возврате денег за несоответствие условий проживания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