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санатория, например ООО «Санаторий «Сосновый бор»]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ЕГРЮЛ]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денежных средств за ненадлежащее оказание услуг по санаторно-курортной путёвке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приобрёл(-а) в вашем санатории путёвку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путёвки или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санаторно-курортное лечение с проживанием и питанием на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суток) для себя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членов семьи: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Стоимость путёвки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одних суток]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сутки. Оплата произведена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[кассовый чек № ... от ..., банковская выписка]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условиям договора и описанию путёвки на сайте санатория мне должны были предоставить: номер категории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номера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-разовое питание, а также программу лечения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программы]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 процедурами: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процедур и их количество по программе, например: 10 сеансов массажа, 8 минеральных ванн, 10 процедур физиотерапии, консультации врачей]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Фактически услуги оказаны ненадлежащим образом: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первый недостаток, например: вместо оплаченного номера категории «стандарт с балконом» меня поселили в номер без балкона с неработающим кондиционером, замена номера не предложена]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второй недостаток, например: из 10 оплаченных сеансов массажа проведено 3, остальные отменены из-за отсутствия массажиста; минеральные ванны не проводились вовсе в связи с ремонтом бальнеолечебницы]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третий недостаток, например: питание организовано не по системе «шведский стол», указанной в описании путёвки, а по меню с одним вариантом блюд]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недостатках я сообщил(-а) администрации санатория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[способ: устно на ресепшене, письменным заявлением, запись в книге отзывов и предложений]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Недостатки не устранены. Факты подтверждаются санаторно-курортной книжкой с отметками о процедурах, фото- и видеозаписями, перепиской с администрацией.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досрочного выезда]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был(-а) вынужден(-а) досрочно покинуть санаторий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[причина, например: невозможностью получить оплаченное лечение]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Не использовано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 путёвки.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не оказанных и некачественно оказанных услуг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неиспользованных суток: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суток]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Соразмерное уменьшение цены за период проживания с недостатками: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[расчёт, например: стоимость не проведённых процедур по прейскуранту санатория]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оказать услугу, качество которой соответствует договору и информации, доведённой до потребителя, в том числе в рекламе и на сайте (ст. 4, п. 1 ст. 10 Закона РФ от 07.02.1992 № 2300-1 «О защите прав потребителей», далее – Закон; ст. 309, 779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Обнаружив недостатки оказанной услуги, потребитель вправе по своему выбору потребовать соответствующего уменьшения цены, а если недостатки не устранены в установленный срок или являются существенными, отказаться от исполнения договора и потребовать полного возмещения убытков (п. 1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 (ст. 32 Закона, п. 1 ст. 782 Гражданского кодекса РФ). Плата за неиспользованные сутки и не оказанные процедуры подлежит возврату.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 соразмерном уменьшении цены, возврате уплаченной суммы и возмещении убытков подлежат удовлетворению в течение 10 дней со дня предъявления требования; за нарушение этого срока исполнитель уплачивает неустойку в размере 3 % цены услуги за каждый день просрочки (п. 1 и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влечёт компенсацию морального вреда (ст. 15 Закона), а отказ добровольно удовлетворить требования потребителя – взыскание судом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10, 13, 15, 29, 31, 32 Закона РФ «О защите прав потребителей», ст. 309, 779, 782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настоящей претензии вернуть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неиспользованных суток путёвки и соразмерное уменьшение цены за ненадлежащее оказание услуг.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расходы, понесённые мною из-за ненадлежащего оказания услуг,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[перечень: стоимость обратных билетов при досрочном выезде, оплата процедур в другой клинике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или неполучения ответа в установленный срок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расходов, а также с жалобой в Роспотребнадзор.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путёвки (договора)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(банковской выписки)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описания программы лечения и номера с сайта санатория.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санаторно-курортной книжки (листа назначений) с отметками о процедурах.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администрации санатория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Фото- и видеоматериалы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билетов (документов о расходах)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санаторий о возврате денег за путёвку и ненадлежащее оказание услуг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