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Индивидуальному предпринимателю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фотографа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из договора или 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фотографа]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отказе от договора на фотосъёмку, возврате денег и выплате неустойки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мной и вами заключён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съёмки, например: свадебную фотосъёмку]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съёмки]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 с передачей мне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обработанных фотографий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передачи фотографий по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Договор заключён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[способ: в письменной форме, путём переписки в мессенджере, принятием оферты на сайте]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услуг по Договору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оплачена мною полностью: предоплата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оставшаяся 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[чеки, банковские выписки, переводы с указанием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Съёмка проведена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установленный Договором срок фотографии мне не переданы. На мои обращения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 и способ обращений, например: сообщения в мессенджере 5, 12 и 20 числа]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ответа, например: обещали передать фотографии «на следующей неделе», затем перестали отвечать]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 передали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фотографий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предусмотренных Договором. Переданные фотографии имеют недостатки: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недостатки, например: большая часть снимков не в фокусе, на снимках с церемонии пересвет, отсутствуют обязательные кадры, перечисленные в приложении к Договору: обмен кольцами, общее фото гостей]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Просрочка передачи фотографий на дату составления претензии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(с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следующая за последним днём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претензии]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выполнить работу (оказать услугу) в срок, установленный договором, и с качеством, соответствующим договору (ст. 4, п. 1 ст. 27 Закона РФ от 07.02.1992 № 2300-1 «О защите прав потребителей», далее – Закон; ст. 309, 702, 708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исполнитель нарушил сроки выполнения работы, потребитель вправе по своему выбору назначить новый срок, поручить выполнение работы третьим лицам, потребовать уменьшения цены либо отказаться от исполнения договора и потребовать полного возмещения убытков (п. 1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каждый день просрочки исполнитель уплачивает неустойку в размере 3 % цены работы (услуги), но не более цены работы (п. 5 ст. 28 Закона). Неустойка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просрочки составляет: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× 3 %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дней]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Обнаружив недостатки выполненной работы, потребитель вправе отказаться от исполнения договора, если недостатки являются существенными (п. 1 ст. 29 Закона). Повторить съёмку события, которое уже состоялось, невозможно, поэтому отсутствие оговорённых кадров и технический брак являются существенными недостатками.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о возврате уплаченной суммы и возмещении убытков в связи с отказом от договора подлежат удовлетворению в течение 10 дней со дня предъявления требования (п. 1 ст. 31 Закона). Нарушение прав потребителя влечёт компенсацию морального вреда (ст. 15 Закона), а отказ добровольно удовлетворить требования – взыскание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13, 15, 27, 28, 29, 31 Закона РФ «О защите прав потребителей», ст. 309, 702, 708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Считать Договор расторгнутым в связи с моим отказом от его исполнения с даты получения вами настоящей претензии.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претензии вернуть мне уплаченные по Договору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срок выплатить неустойку за нарушение срока передачи фотографий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убытки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[перечень, например: оплата аренды фотостудии, услуг визажиста, если они пропали из-за срыва съёмки]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отказа или неполучения ответа в установленный срок я обращусь в суд с иском о взыскании указанных сумм, неустойки по день фактического исполнения,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(скриншоты переписки с условиями съёмки).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чеков (банковских выписок) об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Скриншоты переписки о сроках передачи фотографий.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Образцы переданных фотографий с недостатками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фотографу об отказе от договора, возврате денег и неустойке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