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Генеральному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юридической компании, например ООО «Правовой центр»]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из ЕГРЮЛ]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отказе от договора оказания юридических услуг и возврате денежных средств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между мной и вашей организацией заключён договор об оказании юридических услуг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Договор). Я обратился(-ась) к вам по вопросу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[суть проблемы, например: возврата денег за некачественный кухонный гарнитур в размере 210 000 руб.]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Договору вы обязались оказать следующие услуги: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услуг из Договора, например: правовой анализ ситуации, составление претензии продавцу, составление искового заявления, представительство в суде первой инстанции]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услуг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оплачена мною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оплаты]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[кассовые чеки, банковские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 заключении Договора сотрудник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должность,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заверил меня,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обещали, например: деньги будут возвращены в течение месяца, результат гарантирован]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состоянию на дату настоящей претензии фактически сделано следующее: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[опишите, что получено, например: подготовлены жалоба в прокуратуру, обращение в Роспотребнадзор и обращение в администрацию Президента РФ на общую сумму, указанную в акте, 70 000 руб.]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Эти документы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[опишите недостатки, например: составлены по шаблону, не содержат расчёта моих требований и ссылок на мой договор с продавцом, не направлены на возврат денег за гарнитур и не могли привести к этой цели; претензия продавцу и исковое заявление не подготовлены]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обязан оказать услугу, качество которой соответствует договору, а при отсутствии условий о качестве – услугу, пригодную для целей, для которых услуга такого рода обычно используется, а также для целей, о которых исполнитель был поставлен в известность потребителем при заключении договора (п. 1 и 2 ст. 4 Закона РФ от 07.02.1992 № 2300-1 «О защите прав потребителей», далее – Закон).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Исполнитель обязан своевременно предоставить потребителю необходимую и достоверную информацию об услугах, обеспечивающую возможность их правильного выбора (п. 1 ст. 10 Закона). Если потребителю не предоставлена такая информация, он вправе отказаться от исполнения договора и потребовать возврата уплаченной суммы и возмещения убытков (п. 1 ст. 12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Потребитель вправе потребовать соответствующего уменьшения цены оказанной услуги либо отказаться от исполнения договора и потребовать полного возмещения убытков, если недостатки услуги являются существенными (п. 1 ст. 29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Потребитель вправе отказаться от исполнения договора об оказании услуг в любое время при условии оплаты исполнителю фактически понесённых им расходов (ст. 32 Закона, п. 1 ст. 782 Гражданского кодекса РФ). Оплате подлежат только фактически оказанные услуги (ст. 781 Гражданского кодекса РФ). Составление документов, которые не связаны с целью моего обращения и заведомо не могли способствовать её достижению, не является надлежащим оказанием услуги.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Требования о возврате уплаченной суммы подлежат удовлетворению в течение 10 дней со дня предъявления требования (п. 1 ст. 31 Закона). Нарушение прав потребителя влечёт компенсацию морального вреда (ст. 15 Закона), а отказ добровольно удовлетворить требования – взыскание судом штрафа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4, 10, 12, 13, 15, 29, 31, 32 Закона РФ «О защите прав потребителей», ст. 779, 781, 782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Считать Договор расторгнутым в связи с моим отказом от его исполнения с даты получения вами настоящей претензии.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10 дней со дня получения претензии вернуть мне уплаченные по Договору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тот же срок вернуть мне оригиналы документов, переданных по Договору: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[перечень, например: договор с продавцом, кассовый чек, акт осмотра гарнитура]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вы считаете, что часть услуг оказана надлежащим образом и подлежит оплате, прошу в тот же срок представить письменный расчёт стоимости каждой оказанной услуги с приложением подтверждающих документов.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отказа или неполучения ответа в установленный срок я обращусь в суд с иском о взыскании указанных сумм, неустойки, компенсации морального вреда, штрафа в размере 50 % от присуждённой суммы и судебных расходов, а также с жалобой в Роспотребнадзор.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приложениями.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кассовых чеков (банковских выписок) об оплате.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документов, подготовленных по Договору.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об оказании услуг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Скриншоты переписки с сотрудниками компании.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юридической компании о возврате денег за некачественные юридические услуги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