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театра или кинотеатра: ГБУК, АНО, ООО или 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билета, сайта или выписки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для обращений зрителей]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Копия: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билетного оператора, у которого куплен билет, например: ООО «…»]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билетного оператора]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стоимости билетов в связи с отменой спектакля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приобрёл(а)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билет(а) на спектакль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спектакля]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который должен был состояться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сцены и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места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[ряд, места]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номера билетов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цена одного билета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Билеты куплены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куплены: в кассе театра, на сайте театра или на сайте билетного оператора с указанием адреса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заказ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Всего уплачено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в том числе сервисный сбор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Оплата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получил(а)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уведомления, например: письмо на e-mail]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том, что спектакль отменён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формулировку из сообщения, например: «по техническим причинам»]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Вместо возврата денег мне предложили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предложили, например: обменять билеты на другую дату или получить сертификат]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Посетить спектакль в другой день или другое мероприятие я не согласен(на) и прошу вернуть деньги.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отмены, замены либо переноса зрелищного мероприятия организацией исполнительских искусств посетителю по его инициативе возмещается полная стоимость билета. Возмещение производит организация либо уполномоченное лицо, у которого был приобретён билет (часть девятая статьи 52.1 Основ законодательства Российской Федерации о культуре). Выбор между возвратом денег и посещением в другое время принадлежит зрителю.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Покупка билета для личных нужд является договором возмездного оказания услуг, к которому применяется Закон РФ от 07.02.1992 № 2300-1 «О защите прав потребителей» (далее – Закон). Исполнитель обязан оказать услугу в согласованный срок (статья 27 Закона). При нарушении срока потребитель вправе отказаться от договора и потребовать полного возмещения убытков (пункт 1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Сервисный сбор уплачен исключительно в связи с покупкой билетов на отменённый спектакль. Поскольку услуга не оказана не по моей вине, эта сумма является моими убытками и подлежит возмещению (статья 15 Гражданского кодекса РФ, пункт 1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возврате уплаченной за услугу суммы и возмещении убытков подлежит удовлетворению в течение 10 дней со дня его предъявления (пункт 1 статьи 31 Закона). За нарушение этого срока исполнитель уплачивает неустойку в размере 3 % цены услуги за каждый день просрочки (пункт 3 статьи 31, пункт 5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удовлетворении судом требований потребителя, не исполненных добровольно, взыскивается компенсация морального вреда и штраф в размере 50 % от присуждённой суммы (статья 15, 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статьёй 52.1 Основ законодательства Российской Федерации о культуре, статьями 13, 15, 27, 28, 31 Закона РФ «О защите прав потребителей», статьёй 15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ТРЕБУЮ: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настоящей претензии вернуть полную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билетов на спектакль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спектакля]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возместить убытки в виде уплаченного сервисного сбора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на карту (счёт), с которой производилась оплата, либо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 прошу направить на e-mail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 почтовому адресу, указанному выше. Если требования не будут исполнены в срок, я обращусь в суд с иском о взыскании стоимости билетов, убытков, неустойки, компенсации морального вреда и штрафа, а также подам жалобу в Роспотребнадзор.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билетов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(электронные билеты в распечатанном виде).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сообщения об отмене спектакля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(скриншот письма или SMS).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 (страница с фотографией).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театр о возврате стоимости билетов в связи с отменой спектакля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