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языковой школы: ООО «…», АНО ДО «…» или ИП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договора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школы]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Заказчик: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договора и возврате денежных средств за неиспользованные занятия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оказании платных образовательных услуг (далее – Договор) по программе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курса, например: Английский язык, уровень B1]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очной групповой форме. Срок обучения –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академических занятий. Стоимость обучения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то есть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одно занятие.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обучения оплачена мною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об оплате, например: кассовым чеком № … от …]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последнего посещённого занятия]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посетил(а)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занятий.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не намерен(а) продолжать обучение и отказываюсь от исполнения Договора. Неиспользованными остаются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занятий.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Сумма к возврату: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обучения]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посещённых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одного занятия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 (статья 32 Закона РФ от 07.02.1992 № 2300-1 «О защите прав потребителей», далее – Закон; пункт 1 статьи 782 Гражданского кодекса РФ). Это право распространяется на договоры об оказании платных образовательных услуг, заключаемые с гражданами (статья 54 Федерального закона от 29.12.2012 № 273-ФЗ «Об образовании в Российской Федерации», Правила оказания платных образовательных услуг, утверждённые постановлением Правительства РФ от 15.09.2020 № 1441).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доказать размер фактически понесённых расходов лежит на исполнителе. Оплата за занятия, которые не проводились для меня, не является расходами исполнителя, понесёнными в связи с исполнением Договора, и подлежит возврату.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 Договора и правил школы, лишающие заказчика права на возврат денег за неиспользованные занятия, предусматривающие удержание штрафа или «комиссии» за досрочное расторжение либо пересчёт посещённых занятий по цене выше указанной в Договоре, ущемляют права потребителя и недействительны (пункт 1 статьи 16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считается расторгнутым с момента получения исполнителем уведомления об отказе от него (пункт 1 статьи 450.1 Гражданского кодекса РФ). На сумму, не возвращённую в установленный срок, подлежат начислению проценты по статье 395 Гражданского кодекса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удовлетворении судом требований потребителя, не исполненных добровольно, взыскивается компенсация морального вреда и штраф в размере 50 % от присуждённой суммы (статья 15, 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13, 15, 16, 32 Закона РФ «О защите прав потребителей», статьями 395, 450.1, 782 Гражданского кодекса РФ, уведомляю об отказе от исполнения Договора с даты получения настоящей претензии и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вернуть денежные средства за неиспользованные занятия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школа считает, что понесла фактические расходы, связанные с моим обучением, прошу в тот же срок представить их расчёт с подтверждающими документами.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требование не будет исполнено в срок, я обращусь в суд с иском о взыскании денежных средств, процентов за пользование чужими денежными средствами, компенсации морального вреда и штрафа, а также в Роспотребнадзор.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об оплате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личного кабинета или журнала посещаемости (при наличии).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языковую школу об отказе от договора и возврате денег за неиспользованные занятия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