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территориального органа Федеральной службы по надзору в сфере здравоохранения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территориального органа Росздравнадзора]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здравоохранения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отказ аптеки в отпуске льготного лекарственного препарата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имею право на бесплатное обеспечение лекарственными препаратами по рецептам врача как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 льготника, например: инвалид II группы, получающий набор социальных услуг]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лечащий врач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врача]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выписал(-а) мне льготный рецепт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лекарственный препарат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[международное непатентованное наименование, лекарственная форма, дозировка]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упаковок]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Срок действия рецепта –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обратился(-ась) с этим рецептом в аптеку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аптеки, юридическое лицо]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аптеки]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которая указана медицинской организацией как пункт отпуска льготных лекарственных препаратов. Фармацевт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должность работника,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сообщил(-а), что препарата нет в наличии, и отказался(-ась) принять рецепт на отсроченное обслуживание, предложив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предложили, например: купить препарат за свой счёт]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тот же день я сделал(-а) запись об отказе в книге отзывов и предложений аптеки.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Препарат необходим мне постоянно для лечения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[заболевание]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Перерыв в приёме опасен для здоровья. На момент подачи жалобы лекарство мной не получено, с даты обращения в аптеку прошло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дней. За свой счёт я был(-а) вынужден(-а) купить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упаковок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(чек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 на обеспечение необходимыми лекарственными препаратами по рецептам врача предоставлено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[норма, устанавливающая льготу, например: п. 1 ч. 1 ст. 6.2 Федерального закона от 17.07.1999 № 178-ФЗ «О государственной социальной помощи»]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Правилами отпуска лекарственных препаратов для медицинского применения, утверждёнными приказом Минздрава России от 07.03.2025 № 100н, предусмотрено отсроченное обслуживание рецептов: при отсутствии лекарственного препарата в аптеке рецепт принимается на отсроченное обслуживание, а препарат должен быть отпущен в течение 10 рабочих дней. Отказ принять рецепт и обеспечить меня препаратом нарушает этот порядок.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Нарушение порядка розничной торговли лекарственными препаратами влечёт ответственность по ч. 1 ст. 14.4.2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Росздравнадзор осуществляет государственный контроль в сфере обращения лекарственных средств. Обращение рассматривается в течение 30 дней со дня регистрации (ч. 1 ст. 12 Федерального закона от 02.05.2006 № 59-ФЗ).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12 Федерального закона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 соблюдения аптекой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аптеки, юридическое лицо]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аптеки]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 отпуска лекарственных препаратов при обслуживании льготных рецептов.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меры к обеспечению меня препаратом по рецепту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выявлении нарушений привлечь виновных лиц к административной ответственности по ч. 1 ст. 14.4.2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мне письменный ответ о результатах рассмотрения жалобы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почтой по адресу, указанному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льготного рецепта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документа, подтверждающего право на льготу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записи в книге отзывов и предложений аптеки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покупке препарата за свой счёт.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Росздравнадзор на отказ аптеки в отпуске льготного лекарства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