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Начальнику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отдела полиции, например: Отдела МВД России по ... району города ...]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отдела полиции]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 номером квартиры и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привлечении к административной ответственности за курение в подъезде многоквартирного дома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проживаю в квартире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многоквартирного дома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Житель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того же дома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соседа, если известно]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систематически курит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продукции, например: сигареты]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лестничной площадке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этажа подъезда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в помещении общего пользования многоквартирного дома.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Это происходит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[периодичность, например: ежедневно, несколько раз в день, в том числе поздно вечером]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Табачный дым проникает в мою квартиру через входную дверь и вентиляцию, на площадке остаются окурки и пепел. В моей семье проживают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[кто проживает, например: несовершеннолетний ребёнок 5 лет и пожилая мать с хроническим заболеванием лёгких]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для которых табачный дым особенно опасен.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Последние случаи курения я зафиксировал(-а)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видео и фото.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лично просил(-а) соседа прекратить курить в подъезде, однако он продолжает это делать. Факты курения подтвердить могут также соседи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кв.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кв.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Каждый гражданин имеет право на благоприятную среду жизнедеятельности без окружающего табачного дыма и охрану здоровья от воздействия окружающего табачного дыма и последствий потребления табака или никотинсодержащей продукции (п. 1 ч. 1 ст. 9 Федерального закона от 23.02.2013 № 15-ФЗ).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Курение табака и потребление никотинсодержащей продукции запрещены в лифтах и помещениях общего пользования многоквартирных домов (п. 10 ч. 1 ст. 12 Федерального закона № 15-ФЗ).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Нарушение установленного федеральным законом запрета курения табака, потребления никотинсодержащей продукции или использования кальянов на отдельных территориях, в помещениях и на объектах влечёт наложение административного штрафа на граждан в размере от 500 до 1 500 рублей (ч. 1 ст. 6.24 КоАП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Поводом к возбуждению дела об административном правонарушении являются сообщения и заявления физических лиц, содержащие данные, указывающие на наличие события административного правонарушения (п. 3 ч. 1 ст. 28.1 КоАП РФ). Дела по ст. 6.24 КоАП РФ рассматривают органы внутренних дел и Роспотребнадзор (ст. 23.3, 23.13 КоАП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28.1 КоАП РФ, ст. 9, 12 Федерального закона № 15-ФЗ,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Зарегистрировать настоящее заявление, провести проверку изложенных фактов и привлечь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соседа]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проживающего в квартире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к административной ответственности по ч. 1 ст. 6.24 КоАП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Поручить участковому уполномоченному полиции провести с нарушителем профилактическую беседу о недопустимости курения в помещениях общего пользования многоквартирного дома.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рассмотрение дела не относится к компетенции полиции, направить материалы в территориальный орган Роспотребнадзора и уведомить меня об этом.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Сообщить мне о принятом решении по адресу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почтой по адресу, указанному выше.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Фото- и видеозаписи курения на лестничной площадке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электронном носителе.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Письменные пояснения соседей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полицию о курении соседа в подъезде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