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Председателю правления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головного офиса банка]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сотрудника банка, навязавшего платную дополнительную услугу при оформлении кредита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отделении банка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за оформлением потребительского кредита. Документы оформлял(-а) сотрудник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 с бейджа]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мой вопрос, обязательно ли страхование, сотрудник ответил(-а):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[дословно, что было сказано, например: «без страховки кредит не одобрят»]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Документы мне предложили подписать на планшете простой электронной подписью, распечатанные экземпляры для ознакомления до подписания не выдали.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день был заключён 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После получения документов я обнаружил(-а), что из суммы кредита удержано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оплату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услуги: договор страхования, сервисный пакет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страховой компании или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Согласия на эту услугу я не выражал(-а), возможность отказаться от неё сотрудник не разъяснил(-а).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мою просьбу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разъяснить, почему была подключена услуга, сотрудник отделения ответил(-а) в грубой форме: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слова и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договора, обязывающие потребителя приобрести иные услуги, недопустимы (пп. 5 п. 2 ст. 16 Закона РФ от 07.02.1992 № 2300-1 «О защите прав потребителей»). Дополнительные услуги за отдельную плату могут оказываться только с согласия потребителя, выраженного в письменной форме; обязанность доказать наличие согласия лежит на исполнителе. Потребитель вправе потребовать вернуть деньги за услугу, оказанную без его согласия; требование удовлетворяется в течение трёх дней (п. 3.1 ст. 16 того же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Заёмщик вправе в течение 30 календарных дней отказаться от дополнительной услуги, оказываемой при предоставлении потребительского кредита, и потребовать возврата уплаченных денежных средств (ст. 7 Федерального закона от 21.12.2013 № 353-ФЗ «О потребительском кредите (займе)»). С даты заключения договора не прошло 30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Банк отвечает за действия своих работников, совершённые при исполнении трудовых обязанностей (п. 1 ст. 1068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(ст. 15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16 Закона РФ «О защите прав потребителей», ст. 7 Федерального закона № 353-ФЗ, ст. 1068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удержанные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течение трёх дней со дня получения жалобы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служебную проверку действий сотрудника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отделения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сообщить мне о принятых мерах.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сохранность видеозаписей камер наблюдения отделения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в течение 15 рабочих дней (Федеральный закон от 04.08.2023 № 442-ФЗ)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отказе или отсутствии ответа я обращусь в Банк России, к финансовому уполномоченному и в суд.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индивидуальных условий кредитного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(полиса)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подтверждающая удержание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руководству банка на сотрудника, навязавшего платную услугу при оформлении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