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истец (должник):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административного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[номер, 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диплом о высшем юридическом образовании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Административные ответчики: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судебный пристав-исполнитель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ОСП]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ОСП]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Главное управление ФССП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Заинтересованное лицо (взыскатель):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/ ФИО]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-ИП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3 000 руб. (подп. 7 п. 1 ст. 333.19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АДМИНИСТРАТИВНОЕ ИСКОВОЕ 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признании незаконным постановления судебного пристава-исполнителя о взыскании исполнительского сбора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судебным приставом-исполнителем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ОСП]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исполнительного листа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возбуждено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 о взыскании с меня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Постановлением о возбуждении исполнительного производства мне установлен пятидневный срок для добровольного исполнения.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Копию постановления о возбуждении исполнительного производства я не получал(а). При ознакомлении с материалами исполнительного производства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установлено, что сведений о направлении мне этого постановления почтой с уведомлением о вручении или иным способом, позволяющим подтвердить его получение, в деле нет. В личный кабинет на Едином портале государственных и муниципальных услуг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не входил(а), что подтверждается историей входов в учётную запись. Иных извещений о возбуждении исполнительного производства, в том числе телефонограмм и SMS-сообщений, мне не поступало.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судебный пристав-исполнитель вынес постановление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взыскании с меня исполнительского сбора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Об этом постановлении и о самом исполнительном производстве я узнал(а)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когда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списал с моего счёта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 постановлению об обращении взыскания на денежные средства, что подтверждается выпиской по счёту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ознакомился(лась) с материалами исполнительного производства и получил(а) копию постановления о взыскании исполнительского сбора.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Требования исполнительного документа исполнены мной в полном объёме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 момента, когда мне стало известно о возбуждении исполнительного производства,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[платёжным документом № 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Тем не менее с моего счёта удержан исполнительский сбор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Исполнительский сбор взыскивается, если должник не исполнил исполнительный документ в срок, установленный для добровольного исполнения (ч. 1, 2 ст. 112 Федерального закона от 02.10.2007 № 229-ФЗ «Об исполнительном производстве»). Этот срок составляет пять дней и исчисляется с момента получения должником постановления о возбуждении исполнительного производства либо с момента доставки извещения или постановления в электронной форме, в том числе в личный кабинет на Едином портале (ч. 11, 12 ст. 30 Закона № 229-ФЗ, п. 22 Постановления Пленума Верховного Суда РФ от 17.11.2015 № 50). Поскольку постановление о возбуждении исполнительного производства мне не вручено и не доставлено, срок для добровольного исполнения не начал течь и не истёк. Следовательно, основание для вынесения постановления о взыскании исполнительского сбора отсутствовало.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постановления о возбуждении исполнительного производства должна быть направлена должнику не позднее дня, следующего за днём его вынесения (ч. 17 ст. 30 Закона № 229-ФЗ). Направление постановления в форме электронного документа в личный кабинет на Едином портале порождает правовые последствия лишь с момента его доставки, а извещение считается доставленным с момента входа лица в личный кабинет (ч. 2.1 ст. 14 Закона № 229-ФЗ, Правила, утверждённые Постановлением Правительства РФ от 29.06.2016 № 606). Доказательства вручения мне постановления или его доставки у судебного пристава-исполнителя отсутствуют.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Исполнительский сбор обладает свойствами административной штрафной санкции и является мерой публично-правовой ответственности за правонарушение, совершённое в процессе исполнительного производства (п. 78 Постановления Пленума Верховного Суда РФ от 17.11.2015 № 50). Конституционный Суд РФ в Постановлении от 30.07.2001 № 13-П указал, что такая санкция может применяться лишь при неисполнении исполнительного документа в установленный срок без уважительных причин. Должник, которому не было известно о возбуждении исполнительного производства, не мог исполнить требования добровольно, а значит, в его действиях нет противоправного виновного неисполнения. После того как я узнал(а) о производстве, требования исполнены в пятидневный срок.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рассмотрении административного дела об оспаривании постановления судебного пристава-исполнителя обязанность доказывания законности постановления, в том числе соблюдения порядка его принятия и наличия оснований для его принятия, возлагается на административного ответчика (п. 3, 4 ч. 9 и ч. 11 ст. 226 КАС РФ). Административный ответчик должен представить доказательства получения мной постановления о возбуждении исполнительного производства до вынесения оспариваемого постановления.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Должник вправе оспорить постановление о взыскании исполнительского сбора в суде (ч. 6 ст. 112, ст. 121, 128 Закона № 229-ФЗ, гл. 22 КАС РФ). Срок обращения в суд, установленный ч. 3 ст. 219 КАС РФ, не пропущен: о нарушении своих прав я узнал(а)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административное исковое заявление подаётся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В порядке подчинённости постановление не обжаловалось.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отмене постановления о взыскании исполнительского сбора сбор подлежит возврату должнику в полном объёме (п. 3 ч. 10 ст. 112 Закона № 229-ФЗ). Суд, рассматривающий требование об оспаривании постановления о взыскании исполнительского сбора, вправе также освободить должника от взыскания сбора, установив соответствующие обстоятельства по имеющимся доказательствам (п. 74 Постановления Пленума Верховного Суда РФ от 17.11.2015 № 50).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30, 112, 121, 128 Федерального закона «Об исполнительном производстве», ст. 124, 125, 218, 220, 226, 227 КАС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незаконным постановление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ОСП]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взыскании исполнительского сбора по исполнительному производству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-ИП.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Обязать административных ответчиков устранить допущенное нарушение прав административного истца: отменить постановление о взыскании исполнительского сбора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возвратить административному истцу удержанный исполнительский сбор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порядке ч. 10, 11 ст. 112 Федерального закона «Об исполнительном производстве».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случае отказа в удовлетворении требований, указанных в пунктах 1 и 2, освободить административного истца от взыскания исполнительского сбора по исполнительному производству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-ИП (ч. 6, 7 ст. 112 Федерального закона «Об исполнительном производстве»).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у административного ответчика материалы исполнительного производства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-ИП, включая доказательства направления и вручения (доставки) административному истцу постановления о возбуждении исполнительного производства.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административным ответчикам и заинтересованному лицу копий административного искового заявления и приложенных документов.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возбуждении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взыскании исполнительского сбора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по счёту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списании денежных средств.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Платёжный документ об исполнении требований исполнительного документа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об истории входов в личный кабинет на Едином портале государственных и муниципальных услуг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копия диплома о высшем юридическом образовании.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административного искового заявления об оспаривании постановления о взыскании исполнительского сбора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