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 обвиняемого: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содержится в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Следователь, заявивший ходатайство: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(ходатайство в порядке ч. 3 ст. 217 УПК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ходатайство следователя об установлении обвиняемому и его защитнику определённого срока для ознакомления с материалами уголовного дела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совершении преступлений, предусмотренных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 УК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обвиняемый и защитник уведомлены об окончании следственных действий (ст. 215 УПК РФ) 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приступили к ознакомлению с материалами уголовного 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состоит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томов общим объёмом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листов. Кроме того, к делу приобщены вещественные доказательства: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оптических дисков и электронных носителей с аудиозаписями телефонных переговоров и видеозаписями общей продолжительностью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иных вещественных доказательств]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Ходатайство о предоставлении для ознакомления аудио- и видеозаписей заявлено обвиняемым и защитником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следователь обратился в суд с ходатайством об установлении обвиняемому и защитнику срока для ознакомления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ссылаясь на то, что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ознакомления обвиняемый изучил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томов, а защитник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томов, что, по мнению следователя, свидетельствует о явном затягивании.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ходатайством не согласен.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обвиняемый ознакомился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томами, защитник —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томами, что подтверждается графиками ознакомления. Ознакомление обвиняемого проводится только в условиях следственного изолятора и только в дни, когда следователь обеспечивает вывод обвиняемого и доставку материалов.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дней, прошедших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материалы предоставлялись обвиняемому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в среднем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часа в день; в дни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ознакомление не проводилось по причинам, не зависящим от стороны защиты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[отсутствие следователя, отсутствие свободных следственных кабинетов, этапирование обвиняемого в суд по вопросу о мере пресечения]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Аудио- и видеозаписи до настоящего времени для ознакомления не предоставлены, технические средства для их прослушивания и просмотра в следственном изоляторе не обеспечены.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Обвиняемый и его защитник не могут ограничиваться во времени, необходимом им для ознакомления с материалами уголовного дела (ч. 3 ст. 217 УПК РФ). Определённый срок для ознакомления может быть установлен судом лишь в исключительном случае — если обвиняемый и защитник, приступившие к ознакомлению, явно затягивают время ознакомления. Право обвиняемого знакомиться по окончании предварительного расследования со всеми материалами уголовного дела, выписывать любые сведения в любом объёме и снимать копии (п. 12, 13 ч. 4 ст. 47 УПК РФ), а также соответствующее право защитника (п. 7 ч. 1 ст. 53 УПК РФ) являются составной частью права на защиту. Явное затягивание должно быть доказано следователем на основании конкретных фактов, а не предполагаться из количества изученных томов.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Темп ознакомления не свидетельствует о явном затягивании. Обвиняемый знакомился с материалами каждый день, когда они ему предоставлялись, в среднем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листов за день ознакомления, вёл выписки, что отражено в графике. Значительная часть материалов дела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[заключения экспертиз, банковские выписки, протоколы осмотра электронных носителей]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объёмом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листов — требует детального изучения для подготовки позиции защиты. Отказов от ознакомления, неявок без уважительных причин и иных действий, направленных на срыв ознакомления, обвиняемый и защитник не допускали.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Задержка ознакомления обусловлена организацией процесса со стороны следователя. Материалы предоставлялись обвиняемому лишь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продолжительность ознакомления в эти дни определялась временем вывода из камеры и наличием следственных кабинетов. Вещественные доказательства — аудио- и видеозаписи — по ходатайству стороны защиты подлежат предъявлению для ознакомления (ч. 1 ст. 217 УПК РФ), однако до сих пор не предъявлены, а невозможность их предъявления постановлением следователя не оформлена. Верховный Суд РФ в п. 23 Постановления Пленума от 19.12.2013 № 41 указал, что при оценке причин, по которым обвиняемый и защитник не ознакомились с материалами в полном объёме, суд должен устанавливать, не является ли это результатом неэффективной организации процесса ознакомления и не связано ли с явным затягиванием, а также соблюдена ли процедура, предусмотренная ч. 3 ст. 217 УПК РФ. Эти критерии применимы и при разрешении ходатайства следователя об установлении срока ознакомления.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 вправе знакомиться с материалами дела раздельно с обвиняемым (ч. 1 ст. 217 УПК РФ). Защитник ознакомился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томами, участвуя в ознакомлении в дни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Отставание защитника от обвиняемого или наоборот при раздельном ознакомлении не является затягиванием.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суда об установлении срока ознакомления должно быть законным, обоснованным и мотивированным (ч. 4 ст. 7 УПК РФ). Конституционный Суд РФ в Определении от 26.01.2017 № 11-О указал, что такое решение должно быть мотивировано ссылками на конкретные обстоятельства, подтверждающие явное затягивание. Испрашиваемый следователем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на оставшиеся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томов и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 аудио- и видеозаписей — не учитывает реальную возможность ознакомления в условиях следственного изолятора и фактически лишает обвиняемого возможности изучить материалы в полном объёме.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7, 47, 53, 125, 217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ходатайства об установлении обвиняемому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его защитнику определённого срока для ознакомления с материалами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следователя графики ознакомления обвиняемого и защитника с материалами уголовного дела, сведения следственного изолятора о выводах обвиняемого для производства следственных действий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сведения о предъявлении обвиняемому вещественных доказательств.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удовлетворения ходатайства установить срок для ознакомления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исчисляемый со дня предоставления обвиняемому возможности ознакомиться с аудио- и видеозаписями, приобщёнными к делу в качестве вещественных доказательств.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графиков ознакомления обвиняемого и защитника с материалами уголовного дела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ходатайства обвиняемого и защитника о предъявлении вещественных доказательств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обращений защитника к следователю о предоставлении материалов для ознакомления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возражений защитника на ходатайство следователя об ограничении срока ознакомления с делом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