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специальное звание, ФИО следователя]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следственного органа]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Обвиняемый: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содержится в ФКУ СИЗО-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УФСИН России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[субъекту]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Защитник: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адвокатского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регистрационный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реестре адвокатов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ордер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ХОДАТАЙСТВО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рассмотрении уголовного дела судом с участием присяжных заседателей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производстве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следственного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находится 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 которому мне,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предъявлено обвинение в совершении преступления, предусмотренного ч. 1 ст. 105 УК РФ.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и мой защитник уведомлены об окончании следственных действий (ст. 215 УПК РФ),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ознакомление с материалами уголовного дела завершено, о чём составляется протокол в порядке ст. 217, 218 УПК РФ.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выполнении требований ст. 217 УПК РФ следователь разъяснил мне право ходатайствовать о рассмотрении уголовного дела судом с участием присяжных заседателей, особенности рассмотрения дела этим судом, мои права в судебном разбирательстве и порядок обжалования судебного решения. Мне понятно, что присяжные заседатели решают вопросы о доказанности события преступления, причастности к нему подсудимого и его виновности, что вердикт обжалуется в ограниченных пределах и что после назначения судебного заседания отказ от рассмотрения дела судом с участием присяжных заседателей не принимается. Ходатайство заявляю добровольно, после консультации с защитником.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 окончании ознакомления с материалами уголовного дела следователь разъясняет обвиняемому право ходатайствовать о рассмотрении дела судом с участием присяжных заседателей в случаях, предусмотренных п. 2 и 2.1 ч. 2 ст. 30 УПК РФ, и выясняет, какие у обвиняемого имеются ходатайства (ч. 4, п. 1 ч. 5 ст. 217 УПК РФ). Позиция обвиняемого по этому вопросу отражается в протоколе ознакомления (п. 1 Постановления Пленума Верховного Суда РФ от 22.11.2005 № 23).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Уголовные дела о преступлениях, предусмотренных ч. 1 ст. 105 УК РФ, за исключением дел о преступлениях, совершённых лицами в возрасте до восемнадцати лет, по ходатайству обвиняемого рассматриваются судьёй районного суда и коллегией из шести присяжных заседателей (п. 2.1 ч. 2 ст. 30 УПК РФ). Мне предъявлено обвинение по ч. 1 ст. 105 УК РФ, инкриминируемое деяние вменяется как совершённое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когда мне было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лет. Обвинение по делу предъявлено только мне, поэтому вопрос о выделении дела в отношении других обвиняемых (ч. 5 ст. 217, ч. 2 ст. 325 УПК РФ) не возникает.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Ходатайство о рассмотрении дела судом с участием присяжных заседателей влечёт обязательное проведение предварительного слушания (п. 5 ч. 2 ст. 229 УПК РФ), на котором судья выясняет, подтверждаю ли я заявленное ходатайство, и разрешает вопрос о составе суда (ст. 325 УПК РФ, п. 2, 6 Постановления Пленума Верховного Суда РФ от 22.11.2005 № 23). Заявление ходатайства на стадии ст. 217 УПК РФ обеспечивает его рассмотрение независимо от срока, установленного ч. 3 ст. 229 УПК РФ для заявления ходатайства после направления дела в суд.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п. 2.1 ч. 2 ст. 30, ч. 4, 5 ст. 217, п. 5 ч. 2 ст. 229, ст. 325 УПК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Отразить в протоколе ознакомления обвиняемого и защитника с материалами уголовного дела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моё ходатайство о рассмотрении уголовного дела судом с участием присяжных заседателей.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Приобщить настоящее ходатайство к материалам уголовного дела для разрешения его судом на предварительном слушании (п. 5 ч. 2 ст. 229 УПК РФ).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Ордер адвоката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Обвиняемый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Защитник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рассмотрении уголовного дела судом с участием присяжных заседателей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