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таможни]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50 000 руб. (подп. 7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решения таможенного органа об отказе во внесении изменений в декларацию на товары и возврате излишне уплаченных таможенных пошлин, налогов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Заявитель) задекларировало по декларации на товары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ДТ) товар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ввезённый по внешнеторговому контракту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иностранного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Таможенная стоимость определена по методу по стоимости сделки с ввозимыми товарами (ст. 39 ТК ЕАЭС)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результатам таможенного контроля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таможни]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Таможня) приняла решение о внесении изменений (дополнений) в сведения, заявленные в ДТ,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Решение о корректировке), которым скорректировала таможенную стоимость товара и доначислила таможенные платежи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ввозная таможенная пошлина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НДС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Доначисленные платежи уплачены Заявителем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[платёжное поручение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путём списания с авансовых платежей по распоряжению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 во избежание взыскания.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Решение о корректировке признано незаконным, на Таможню возложена обязанность устранить допущенные нарушения прав и законных интересов Заявителя.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Заявитель подал в Таможню обращение о внесении изменений в сведения, заявленные в ДТ, после выпуска товаров с корректировкой декларации на товары, копией вступившего в законную силу решения суда и документами об уплате доначисленных платежей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направленным Заявителю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Оспариваемое решение), Таможня отказала во внесении изменений в ДТ и, соответственно, в возврате излишне уплаченных таможенных пошлин, налогов. В обоснование указано,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[привести мотивы отказа — например, решение суда не содержит указания на обязанность возвратить платежи, а представленные документы не подтверждают заявленную таможенную стоимость]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Оспариваемое решение не соответствует закону и нарушает права Заявителя в сфере экономической деятельности: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изъяты у Заявителя без законного основания и не возвращены.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Излишне уплаченными являются таможенные пошлины, налоги, размер которых превышает размер, подлежащий уплате в соответствии с ТК ЕАЭС и законодательством государств-членов (ст. 66 ТК ЕАЭС). После признания Решения о корректировке незаконным подлежащими уплате являются платежи, исчисленные по заявленной Заявителем таможенной стоимости. Доначисленная 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является излишне уплаченной.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Возврат (зачёт) излишне уплаченных таможенных пошлин, налогов осуществляется при условии внесения изменений (дополнений) в сведения об исчисленных таможенных пошлинах, налогах, заявленные в ДТ (п. 2 ст. 67 ТК ЕАЭС). После выпуска товаров изменения вносятся по решению таможенного органа либо с его разрешения в случаях, предусмотренных ТК ЕАЭС и определяемых Евразийской экономической комиссией (п. 3 ст. 112 ТК ЕАЭС). Порядок внесения изменений и (или) дополнений в сведения, указанные в декларации на товары, утверждённый Решением Коллегии Евразийской экономической комиссии от 10.12.2013 № 289 (далее — Порядок), предусматривает внесение изменений после выпуска на основании вступивших в законную силу решений судебных органов государств-членов (подп. «в» п. 11 Порядка). Заявитель представил все документы, предусмотренные п. 12 Порядка.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Основания для отказа во внесении изменений после выпуска установлены п. 18 Порядка. Мотивы, приведённые в Оспариваемом решении, к ним не относятся. Вступившее в законную силу решение арбитражного суда обязательно для органов государственной власти (ч. 1 ст. 16 АПК РФ), а обстоятельства, установленные им, — в том числе незаконность корректировки таможенной стоимости — не доказываются вновь в деле с участием тех же лиц (ч. 2 ст. 69 АПК РФ). Таможня, повторно оценивая документы, подтверждающие таможенную стоимость, фактически пересматривает вступивший в законную силу судебный акт.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Возврат таможенных платежей производится таможенным органом в административном порядке при условии внесения изменений в ДТ; при разрешении спора суд проверяет достаточность доказательств, представленных декларантом в подтверждение переплаты, и доказательства таможенного органа, подтверждающие законность отказа во внесении изменений (п. 32 постановления Пленума Верховного Суда РФ от 26.11.2019 № 49 «О некоторых вопросах, возникающих в судебной практике в связи с вступлением в силу Таможенного кодекса Евразийского экономического союза», далее — Постановление № 49). Обязанность доказать законность Оспариваемого решения лежит на Таможне (ч. 5 ст. 200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Факт излишней уплаты фиксируется корректировкой ДТ, а излишне уплаченные суммы зачитываются в счёт авансовых платежей плательщика не позднее трёх рабочих дней со дня, следующего за днём обнаружения факта излишней уплаты (ч. 1–3 ст. 67 Федерального закона от 03.08.2018 № 289-ФЗ «О таможенном регулировании в Российской Федерации и о внесении изменений в отдельные законодательные акты Российской Федерации», далее — Закон № 289-ФЗ). Отказав во внесении изменений в ДТ, Таможня лишила Заявителя возможности получить возврат (зачёт) в предусмотренном законом порядке.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признания судом незаконным отказа таможенного органа во внесении изменений в декларацию и (или) в возврате таможенных платежей в целях полного восстановления прав плательщика на таможенный орган возлагается обязанность по возврату излишне уплаченных платежей; если сумма установлена, она указывается в резолютивной части судебного акта (п. 33 Постановления № 49, п. 3 ч. 5 ст. 201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целях компенсации потерь, причинённых незаконным изъятием денежных средств, на излишне взысканные суммы таможенных пошлин, налогов начисляются проценты в размере 1/360 ключевой ставки Банка России (ч. 11 ст. 67 Закона № 289-ФЗ). Проценты начисляются со дня, следующего за днём внесения платежей в бюджет, до даты фактического возврата, в том числе если плательщик самостоятельно перечислил доначисленные по результатам таможенного контроля платежи под угрозой применения мер взыскания (п. 35 Постановления № 49). Размер процентов на дату подачи заявления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согласно расчёту: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896"/>
        <w:gridCol w:w="884"/>
        <w:gridCol w:w="2275"/>
        <w:gridCol w:w="2528"/>
        <w:gridCol w:w="1769"/>
      </w:tblGrid>
      <w:tr>
        <w:trPr>
          <w:cantSplit/>
        </w:trPr>
        <w:tc>
          <w:tcPr>
            <w:tcW w:type="dxa" w:w="18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Период</w:t>
            </w:r>
          </w:p>
        </w:tc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Дней</w:t>
            </w:r>
          </w:p>
        </w:tc>
        <w:tc>
          <w:tcPr>
            <w:tcW w:type="dxa" w:w="22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Ключевая ставка, %</w:t>
            </w:r>
          </w:p>
        </w:tc>
        <w:tc>
          <w:tcPr>
            <w:tcW w:type="dxa" w:w="252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Сумма платежей, руб.</w:t>
            </w:r>
          </w:p>
        </w:tc>
        <w:tc>
          <w:tcPr>
            <w:tcW w:type="dxa" w:w="1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Проценты, руб.</w:t>
            </w:r>
          </w:p>
        </w:tc>
      </w:tr>
      <w:tr>
        <w:trPr>
          <w:cantSplit/>
        </w:trPr>
        <w:tc>
          <w:tcPr>
            <w:tcW w:type="dxa" w:w="18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–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[__]</w:t>
            </w:r>
          </w:p>
        </w:tc>
        <w:tc>
          <w:tcPr>
            <w:tcW w:type="dxa" w:w="22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[__]</w:t>
            </w:r>
          </w:p>
        </w:tc>
        <w:tc>
          <w:tcPr>
            <w:tcW w:type="dxa" w:w="252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18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–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[__]</w:t>
            </w:r>
          </w:p>
        </w:tc>
        <w:tc>
          <w:tcPr>
            <w:tcW w:type="dxa" w:w="22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[__]</w:t>
            </w:r>
          </w:p>
        </w:tc>
        <w:tc>
          <w:tcPr>
            <w:tcW w:type="dxa" w:w="252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189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88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27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52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7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Проценты за каждый период: сумма платежей × ключевая ставка / 360 × количество дней.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подачи заявления (ч. 4 ст. 198 АПК РФ) не пропущен: Оспариваемое решение получено Заявителем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заявление подано в пределах трёх месяцев.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66, 67, 112 ТК ЕАЭС, ст. 67 Закона № 289-ФЗ, ст. 197–201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таможни]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во внесении изменений (дополнений) в сведения, заявленные в декларации на товары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после выпуска товаров.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таможни]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вступления решения суда в законную силу устранить нарушение прав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»: внести изменения в сведения, заявленные в декларации на товары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части таможенной стоимости и исчисленных таможенных платежей и возвратить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излишне уплаченные таможенные платежи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ввозную таможенную пошлину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НДС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а также выплатить проценты, начисленные на эту сумму со дня, следующего за днём её внесения в бюджет, по день фактического возврата в размере 1/360 ключевой ставки Банка России за каждый день.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таможни]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расходы по уплате государственной пошлины в сумме 50 000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декларации на товары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декларации таможенной стоимости.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таможни]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внесении изменений (дополнений) в сведения, заявленные в ДТ,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платёжных документов об уплате доначисленных таможенных платежей.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Заявителя о внесении изменений в ДТ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корректировкой декларации на товары и описью приложений.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Оспариваемого решения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процентов.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подтверждающий направление копии заявления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таможни]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незаконным решения таможни об отказе во внесении изменений в ДТ и возврате таможенных пошлин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