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администрации / уполномоченного органа (комитета) по управлению имуществом]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лица, ответственного за рассмотрение заявления]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бездействия органа местного самоуправления, выразившегося в нерассмотрении заявления о предварительном согласовании предоставления земельного участка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подал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Административный ответчик) заявление о предварительном согласовании предоставления земельного участка без проведения торгов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(далее — Заявление). Испрашиваемый земельный участок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предстоит образовать из земель, находящихся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[государственной неразграниченной / муниципальной]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собственности, в кадастровом квартале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кадастрового квартала]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[подпункт, пункт статьи 39.3 / 39.5 / 39.6 / 39.10]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 Заявлению приложены документы, предусмотренные п. 2 ст. 39.15 ЗК РФ: схема расположения земельного участка на кадастровом плане территории,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подтверждающие право на приобретение участка без торгов]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копия документа, удостоверяющего личность.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[лично / через МФЦ / почтовым отправлением с описью вложения]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[отметкой о принятии / распиской МФЦ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почтовой квитанцией и уведомлением о вручении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десяти дней со дня поступления Заявление мне не возвращено. Решение о приостановлении срока его рассмотрения мне не направлялось. На дату подачи настоящего административного искового заявления ни решение о предварительном согласовании предоставления земельного участка, ни решение об отказе в нём Административным ответчиком не принято и мне не направлено.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Административного ответчика / главе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жалобой на нерассмотрение Заявления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[Ответ не получен / В ответе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сообщено,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решение по Заявлению так и не принято].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Предварительное согласование предоставления земельного участка по заявлению гражданина осуществляется в порядке ст. 39.15 ЗК РФ (подп. 2, 3 п. 1 ст. 39.14 ЗК РФ). В срок не более чем двадцать дней со дня поступления заявления уполномоченный орган рассматривает его, проверяет наличие или отсутствие оснований для отказа и принимает решение о предварительном согласовании либо, при наличии оснований, указанных в п. 8 ст. 39.15 ЗК РФ, решение об отказе, которое направляет заявителю (п. 7 ст. 39.15 ЗК РФ). Заявление поступило Административному ответчику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срок его рассмотрения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Закон предусматривает закрытый перечень решений, которые может принять уполномоченный орган по заявлению: возврат заявления в течение десяти дней с указанием причин (п. 3 ст. 39.15 ЗК РФ), приостановление срока рассмотрения при наличии ранее поданной схемы с совпадающим местоположением с направлением решения заявителю (п. 6 ст. 39.15 ЗК РФ), предварительное согласование или мотивированный отказ, содержащий все основания (п. 7, 8 ст. 39.15 ЗК РФ). Ни одно из этих решений Административным ответчиком не принято.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 бездействию относится неисполнение органом обязанности, возложенной на него нормативными правовыми актами, в том числе нерассмотрение обращения заявителя или несообщение о принятом решении (п. 5 постановления Пленума Верховного Суда РФ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Федерации», далее — Постановление № 21). Нерассмотрение Заявления в установленный срок является незаконным бездействием (ч. 1 ст. 218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Бездействие нарушает моё право на приобретение земельного участка в порядке, установленном ЗК РФ. Рассмотрение заявлений о предварительном согласовании осуществляется в порядке их поступления (п. 4 ст. 39.15 ЗК РФ), а при поступлении от другого лица схемы с совпадающим местоположением срок рассмотрения позднее поданного заявления приостанавливается (п. 6 ст. 39.15 ЗК РФ). Каждый день бездействия создаёт для меня риск утраты приоритета и возможности образовать испрашиваемый участок.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доказывания соблюдения полномочий, порядка и оснований для совершения оспариваемого действия (бездействия) возлагается на Административного ответчика (п. 3, 4 ч. 9, ч. 11 ст. 226 КАС РФ). Я доказываю нарушение моих прав и соблюдение срока обращения в суд (п. 1, 2 ч. 9, ч. 11 ст. 226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обращения в суд не пропущен. Административное исковое заявление об оспаривании бездействия может быть подано в течение срока, в рамках которого у органа сохраняется обязанность совершить соответствующее действие, а также в течение трёх месяцев со дня, когда такая обязанность прекратилась (ч. 1.1 ст. 219 КАС РФ). Обязанность рассмотреть Заявление Административным ответчиком не исполнена и не прекращена.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признания бездействия незаконным суд возлагает на административного ответчика обязанность устранить нарушение прав административного истца (п. 1 ч. 2 ст. 227 КАС РФ) и вправе указать на необходимость совершения определённых действий в интересах административного истца (п. 26 Постановления № 21). Надлежащим способом восстановления права является возложение обязанности рассмотреть Заявление в установленном ст. 39.15 ЗК РФ порядке в определённый судом срок с сообщением об исполнении решения суду и административному истцу (ч. 9 ст. 227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Административное исковое заявление подаётся по месту нахождения Административного ответчика (ч. 1 ст. 22 КАС РФ)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[либо по месту моего жительства — ч. 3 ст. 24 КАС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39.14, 39.15 ЗК РФ, ст. 218, 219, 220, 226, 227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бездействие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выразившееся в нерассмотрении в установленный п. 7 ст. 39.15 ЗК РФ срок заявления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предварительном согласовании предоставления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и в ненаправлении ему принятого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вступления решения суда в законную силу рассмотреть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предварительном согласовании предоставления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в порядке, предусмотренном ст. 39.15 ЗК РФ, и направить принятое решение административному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сообщить об исполнении решения суду и административному истцу в течение одного месяца со дня вступления решения суда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сумме 3 000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предварительном согласовании предоставления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схемой расположения земельного участка и приложениями.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подачу заявления и дату его поступления: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[отметка о принятии / расписка МФЦ / почтовая квитанция с описью вложения и уведомление о вручении]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на имя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на неё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удостоверяющего личность административного истца.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копий административного искового заявления и приложенных документов административному ответчику и заинтересованному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и документа о высшем юридическом образовании представителя (при подаче представителем).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бездействии органа по земельному заявлению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