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верховного суда республики, краевого, областного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принявший решение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районного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Российская Федерация в лице Министерства финансов Российской Федерации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Копия для: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Управления Федерального казначейства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300 руб. (подп. 17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присуждении компенсации за нарушение права на судопроизводство в разумный срок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поступило моё исковое заявление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спора]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Я являлся истцом по делу. Дело рассматривалось судами трёх инстанций, направлялось на новое рассмотрение и окончено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апелляционным определением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Судебные акты, принятые по делу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принятии искового заявления к производству.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[удовлетворении / отказе в удовлетворении]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Апелляционное определение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оставлении решения без изменения.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кассационного суда общей юрисдикции]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отмене решения и апелляционного определения и направлении дела на новое рассмотрение в суд первой инстанции.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принятое при новом рассмотрении.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Апелляционное определение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оставлении решения без изменения.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кассационного суда общей юрисдикции]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оставлении судебных постановлений без изменения.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 судьи Верховного Суда Российской Федерации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передаче кассационной жалобы для рассмотрения в судебном заседании.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Последний судебный акт и срок обращения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Последним судебным актом по делу является апелляционное определение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 апелляционной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6 перечня), вступившее в законную силу со дня его принятия (ч. 5 ст. 329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 кассационного суда общей юрисдикции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оставлении судебных постановлений без изменения и определение судьи Верховного Суда РФ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передаче кассационной жалобы последними судебными актами не являются. Дело ими по существу не разрешено (абз. 2 п. 14 постановления Пленума Верховного Суда РФ от 29.03.2016 № 11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срок» в редакции постановления Пленума Верховного Суда РФ от 27.10.2026 № 36, далее — Постановление № 11).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Шестимесячный срок обращения в суд, исчисляемый со дня вступления в законную силу последнего судебного акта (п. 1 ч. 5 ст. 3 Федерального закона от 30.04.2010 № 68-ФЗ «О компенсации за нарушение права на судопроизводство в разумный срок или права на исполнение судебного акта в разумный срок», далее — Закон № 68-ФЗ; ч. 2 ст. 250 КАС РФ),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 пропущен.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Общая продолжительность судопроизводства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Общая продолжительность судопроизводства исчисляется со дня поступления искового заявления в суд первой инстанции до дня вступления в законную силу последнего судебного акта (п. 4 ч. 2 ст. 252 КАС РФ, абз. 1 п. 50 Постановления № 11). Периоды со дня вступления судебного акта в законную силу до поступления кассационной жалобы в суд кассационной инстанции в продолжительность не включены (абз. 3 п. 50 Постановления № 11).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530"/>
        <w:gridCol w:w="3530"/>
        <w:gridCol w:w="2294"/>
      </w:tblGrid>
      <w:tr>
        <w:trPr>
          <w:cantSplit/>
        </w:trPr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Этап</w:t>
            </w:r>
          </w:p>
        </w:tc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Период</w:t>
            </w:r>
          </w:p>
        </w:tc>
        <w:tc>
          <w:tcPr>
            <w:tcW w:type="dxa" w:w="22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Срок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Первая инстанция (первое рассмотрение)</w:t>
            </w:r>
          </w:p>
        </w:tc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поступления иска]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решения]</w:t>
            </w:r>
          </w:p>
        </w:tc>
        <w:tc>
          <w:tcPr>
            <w:tcW w:type="dxa" w:w="22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[лет, месяцев, дней]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Апелляция</w:t>
            </w:r>
          </w:p>
        </w:tc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апелляционного определения]</w:t>
            </w:r>
          </w:p>
        </w:tc>
        <w:tc>
          <w:tcPr>
            <w:tcW w:type="dxa" w:w="22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[лет, месяцев, дней]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Кассация</w:t>
            </w:r>
          </w:p>
        </w:tc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поступления кассационной жалобы]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определения КСОЮ]</w:t>
            </w:r>
          </w:p>
        </w:tc>
        <w:tc>
          <w:tcPr>
            <w:tcW w:type="dxa" w:w="22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[лет, месяцев, дней]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Первая инстанция (новое рассмотрение)</w:t>
            </w:r>
          </w:p>
        </w:tc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поступления дела]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решения]</w:t>
            </w:r>
          </w:p>
        </w:tc>
        <w:tc>
          <w:tcPr>
            <w:tcW w:type="dxa" w:w="22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[лет, месяцев, дней]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Апелляция (повторно)</w:t>
            </w:r>
          </w:p>
        </w:tc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поступления жалобы]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апелляционного определения]</w:t>
            </w:r>
          </w:p>
        </w:tc>
        <w:tc>
          <w:tcPr>
            <w:tcW w:type="dxa" w:w="22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[лет, месяцев, дней]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Исключённые периоды (абз. 3 п. 50 Постановления № 11)</w:t>
            </w:r>
          </w:p>
        </w:tc>
        <w:tc>
          <w:tcPr>
            <w:tcW w:type="dxa" w:w="35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229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минус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[лет, месяцев, дней]</w:t>
            </w:r>
          </w:p>
        </w:tc>
      </w:tr>
      <w:tr>
        <w:trPr>
          <w:cantSplit/>
        </w:trPr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353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29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[лет, месяцев, дней]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Обстоятельства, повлиявшие на длительность судопроизводства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не представляло правовой и фактической сложности. Рассматривался спор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спора]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лицами; иностранные лица в деле не участвовали, нормы иностранного права не применялись. По делу назначалась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экспертиза, допрошено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свидетелей. Рассмотрение дела различными инстанциями само по себе не свидетельствует о его сложности (абз. 2 п. 42 Постановления № 11, ч. 4 ст. 6.1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Длительность судопроизводства вызвана действиями суда: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Судебное заседание назначено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после принятия иска к производству.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Разбирательство откладывалось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связи с неизвещением ответчика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связи с отпуском судьи.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Экспертиза проводилась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месяцев, срок её проведения не устанавливался, меры к эксперту не принимались.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Мотивированное решение изготовлено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объявления резолютивной части, копия направлена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направлялось на новое рассмотрение из-за процессуальных нарушений, допущенных судом: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нарушения, установленные вышестоящими судами]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процессуальные сроки не нарушал и от получения извещений не уклонялся. Отложения по моему ходатайству были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раз, на срок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Обжалование судебных актов и заявление ходатайств являются использованием процессуальных средств защиты и не могут быть поставлены мне в вину (абз. 1 п. 43 Постановления № 11).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на судопроизводство в разумный срок защищается присуждением компенсации, которая не зависит от вины суда (ч. 1, 3 ст. 1 Закона № 68-ФЗ, ч. 1 ст. 250 КАС РФ). Я как истец по гражданскому делу отношусь к лицам, имеющим право на обращение с административным исковым заявлением (ч. 1 ст. 1 Закона № 68-ФЗ, абз. 2 п. 5 Постановления № 11).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определении разумного срока учитываются правовая и фактическая сложность дела, поведение участников процесса, достаточность и эффективность действий суда и общая продолжительность судопроизводства (ч. 3 ст. 6.1 ГПК РФ, ч. 3 ст. 258 КАС РФ). Дело сложным не являлось, моё поведение на его длительность не повлияло. Суд не обеспечил своевременное рассмотрение дела: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[перечисленные выше обстоятельства]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(абз. 2 п. 44 Постановления № 11).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Отложение разбирательства и назначение экспертизы предусмотрены законом. Однако если суд совершает эти действия без оснований и это увеличивает длительность судопроизводства, они могут расцениваться как нарушение разумного срока (абз. 3 п. 44 Постановления № 11).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Замена или отпуск судьи и другие обстоятельства, связанные с организацией работы суда, не оправдывают нарушение разумного срока (ч. 4 ст. 6.1 ГПК РФ, п. 48 Постановления № 11).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продолжительность судопроизводства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[лет, месяцев, дней]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 превышает разумный срок рассмотрения дела такой категории. Нарушение имело место по причинам, от меня не зависящим (ч. 2 ст. 1 Закона № 68-ФЗ). Сам факт нарушения права свидетельствует о причинении неимущественного вреда, который я не обязан доказывать (абз. 2 п. 40 Постановления № 11).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Последствия нарушения и размер компенсации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Нарушение имело для меня существенное значение: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последствия — невозможность пользоваться имуществом, получить присуждённые суммы, неопределённость правового положения, расходы на представителя на каждом новом круге рассмотрения]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[доказательства]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Размер компенсации определяется исходя из моих требований, обстоятельств дела, продолжительности нарушения и значимости его последствий, с учётом принципов разумности и справедливости (ч. 2 ст. 2 Закона № 68-ФЗ, абз. 2 п. 60 Постановления № 11). С учётом продолжительности нарушения, составившей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[лет, 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изложенных последствий прошу присудить компенсацию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Реквизиты банковского счёта для перечисления компенсации (п. 10 ч. 2 ст. 252 КАС РФ):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1–3 Закона № 68-ФЗ, ст. 250–252, 258, 259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Присудить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компенсацию за нарушение права на судопроизводство в разумный срок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взыскав её с Российской Федерации в лице Министерства финансов Российской Федерации за счёт средств федерального бюджета с перечислением на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Российской Федерации в лице Министерства финансов Российской Федерации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в размере 300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 (300 руб.).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документа о высшем юридическом образовании представителя.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направление копии административного искового заявления административному ответчику и Управлению Федерального казначейства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судебных актов, указанных в перечне (п. 1–8).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протоколов судебных заседаний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отложении разбирательства.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последствия нарушения: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 присуждении компенсации за нарушение права на судопроизводство в разумный срок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