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Подзащитный: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выплате вознаграждения адвокату, участвующему в уголовном деле по назначению суда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преступлений, предусмотренных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Защиту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осуществляю по назначению суда на основании ордера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выданного в порядке, определённом советом Федеральной палаты адвокатов Российской Федерации. Соглашение об оказании юридической помощи с подсудимым или иными лицами в его интересах не заключалось.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поступило в суд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томах.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обвиняется в совершении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инкриминируемых деяний. Подсудимый содержится под стражей в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был фактически занят осуществлением полномочий защитника по настоящему уголовному делу 6 дней: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28"/>
        <w:gridCol w:w="828"/>
        <w:gridCol w:w="4736"/>
        <w:gridCol w:w="1539"/>
        <w:gridCol w:w="1421"/>
      </w:tblGrid>
      <w:tr>
        <w:trPr>
          <w:cantSplit/>
        </w:trPr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</w:t>
            </w:r>
          </w:p>
        </w:tc>
        <w:tc>
          <w:tcPr>
            <w:tcW w:type="dxa" w:w="47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Выполненные действия</w:t>
            </w:r>
          </w:p>
        </w:tc>
        <w:tc>
          <w:tcPr>
            <w:tcW w:type="dxa" w:w="1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Вид дня</w:t>
            </w:r>
          </w:p>
        </w:tc>
        <w:tc>
          <w:tcPr>
            <w:tcW w:type="dxa" w:w="1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Размер, руб.</w:t>
            </w:r>
          </w:p>
        </w:tc>
      </w:tr>
      <w:tr>
        <w:trPr>
          <w:cantSplit/>
        </w:trPr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47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Ознакомление с материалами уголовного дела, тома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[номера томов]</w:t>
            </w:r>
          </w:p>
        </w:tc>
        <w:tc>
          <w:tcPr>
            <w:tcW w:type="dxa" w:w="1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рабочий день</w:t>
            </w:r>
          </w:p>
        </w:tc>
        <w:tc>
          <w:tcPr>
            <w:tcW w:type="dxa" w:w="1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2 395</w:t>
            </w:r>
          </w:p>
        </w:tc>
      </w:tr>
      <w:tr>
        <w:trPr>
          <w:cantSplit/>
        </w:trPr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47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Посещение подзащитного в ФКУ СИЗО-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, согласование позиции по делу</w:t>
            </w:r>
          </w:p>
        </w:tc>
        <w:tc>
          <w:tcPr>
            <w:tcW w:type="dxa" w:w="1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рабочий день</w:t>
            </w:r>
          </w:p>
        </w:tc>
        <w:tc>
          <w:tcPr>
            <w:tcW w:type="dxa" w:w="1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2 395</w:t>
            </w:r>
          </w:p>
        </w:tc>
      </w:tr>
      <w:tr>
        <w:trPr>
          <w:cantSplit/>
        </w:trPr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47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Участие в судебном заседании</w:t>
            </w:r>
          </w:p>
        </w:tc>
        <w:tc>
          <w:tcPr>
            <w:tcW w:type="dxa" w:w="1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рабочий день</w:t>
            </w:r>
          </w:p>
        </w:tc>
        <w:tc>
          <w:tcPr>
            <w:tcW w:type="dxa" w:w="1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2 395</w:t>
            </w:r>
          </w:p>
        </w:tc>
      </w:tr>
      <w:tr>
        <w:trPr>
          <w:cantSplit/>
        </w:trPr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4</w:t>
            </w:r>
          </w:p>
        </w:tc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47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Участие в судебном заседании, продолжавшемся 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[время]</w:t>
            </w:r>
          </w:p>
        </w:tc>
        <w:tc>
          <w:tcPr>
            <w:tcW w:type="dxa" w:w="1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ночное время</w:t>
            </w:r>
          </w:p>
        </w:tc>
        <w:tc>
          <w:tcPr>
            <w:tcW w:type="dxa" w:w="1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3 233</w:t>
            </w:r>
          </w:p>
        </w:tc>
      </w:tr>
      <w:tr>
        <w:trPr>
          <w:cantSplit/>
        </w:trPr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5</w:t>
            </w:r>
          </w:p>
        </w:tc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47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Участие в судебном заседании, прения сторон</w:t>
            </w:r>
          </w:p>
        </w:tc>
        <w:tc>
          <w:tcPr>
            <w:tcW w:type="dxa" w:w="1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рабочий день</w:t>
            </w:r>
          </w:p>
        </w:tc>
        <w:tc>
          <w:tcPr>
            <w:tcW w:type="dxa" w:w="1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2 395</w:t>
            </w:r>
          </w:p>
        </w:tc>
      </w:tr>
      <w:tr>
        <w:trPr>
          <w:cantSplit/>
        </w:trPr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6</w:t>
            </w:r>
          </w:p>
        </w:tc>
        <w:tc>
          <w:tcPr>
            <w:tcW w:type="dxa" w:w="8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47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Подготовка апелляционной жалобы на приговор</w:t>
            </w:r>
          </w:p>
        </w:tc>
        <w:tc>
          <w:tcPr>
            <w:tcW w:type="dxa" w:w="1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выходной день</w:t>
            </w:r>
          </w:p>
        </w:tc>
        <w:tc>
          <w:tcPr>
            <w:tcW w:type="dxa" w:w="1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3 611</w:t>
            </w:r>
          </w:p>
        </w:tc>
      </w:tr>
      <w:tr>
        <w:trPr>
          <w:cantSplit/>
        </w:trPr>
        <w:tc>
          <w:tcPr>
            <w:tcW w:type="dxa" w:w="82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82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473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Итого: 6 дней</w:t>
            </w:r>
          </w:p>
        </w:tc>
        <w:tc>
          <w:tcPr>
            <w:tcW w:type="dxa" w:w="153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2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16 424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Участие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4 расчёта) продолжалось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частично в ночное время, что отражено в протоколе судебного заседания. Апелляционная жалоба (п. 6 расчёта) подготовлена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выходной день, и подана в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адвокат участвует в судебном разбирательстве по назначению суда, расходы на оплату его труда компенсируются за счёт средств федерального бюджета (ч. 5 ст. 50 УПК РФ). Суммы, выплачиваемые адвокату за оказание юридической помощи при участии в уголовном судопроизводстве по назначению, относятся к процессуальным издержкам и выплачиваются по постановлению судьи либо по определению суда (п. 5 ч. 2, ч. 3 ст. 131 УПК РФ). Порядок и размеры возмещения процессуальных издержек устанавливаются Правительством Российской Федерации (ч. 4 ст. 131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о выплате вознаграждения адвокату принимается по результатам рассмотрения его письменного заявления, составленного в произвольной форме. Заявление о выплате вознаграждения за услуги, оказанные в ходе судебного производства, подаётся в суд, в производстве которого находится уголовное дело (п. 25 Положения о возмещении процессуальных издержек, утверждённого постановлением Правительства РФ от 01.12.2012 № 1240, далее — Положение). Выплаты могут производиться по постановлению судьи, вынесенному без проведения судебного заседания на основании письменного заявления (п. 11 постановления Пленума Верховного Суда РФ от 19.12.2013 № 42 «О практике применения судами законодательства о процессуальных издержках по уголовным делам»).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определении размера вознаграждения учитывается время, затраченное адвокатом на осуществление полномочий, предусмотренных ч. 1 и 2 ст. 53 УПК РФ, а также на другие действия по оказанию квалифицированной юридической помощи при условии их подтверждения. Время занятости исчисляется в днях, в которые адвокат был фактически занят осуществлением полномочий по уголовному делу, вне зависимости от продолжительности работы в течение дня (п. 23 Положения). Учёту подлежит в том числе время посещения подзащитного в следственном изоляторе и изучения материалов уголовного дела (п. 4 постановления Пленума Верховного Суда РФ № 42). Каждый день, указанный в расчёте, подтверждается приложенными документами и материалами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делам в отношении 3 или более подсудимых, в случае предъявления обвинения по 3 или более инкриминируемым деяниям, по делам, объём материалов по которым составляет более 3 томов, вознаграждение адвоката с 1 октября 2025 г. составляет: за один день участия в ночное время — 3 233 руб., за один день участия, являющийся нерабочим праздничным днём или выходным днём, включая ночное время, — 3 611 руб., в остальное время — 2 395 руб. (пп. «б» п. 22(1) Положения).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относится к этой категории: объём материалов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томов, обвинение предъявлено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деяниям.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полномочия адвоката осуществлялись хотя бы частично в ночное время, вознаграждение за этот день устанавливается по ночному времени (п. 23 Положения). Поэтому день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4 расчёта) оплачивается по ставке 3 233 руб., а выходной день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6 расчёта) — по ставке 3 611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Постановлением Правительства РФ от 16.10.2026 № 1366 действие п. 2 постановления Правительства РФ № 1240 приостановлено до 1 января 2027 г. в части индексации размера возмещения процессуальных издержек, связанных с выплатой вознаграждения адвокатам, участвующим в уголовном судопроизводстве по назначению дознавателя, следователя или суда. Новые размеры вознаграждения в п. 22(1) Положения не установлены, поэтому за все дни участия, включая дни после 1 октября 2026 г., вознаграждение рассчитано по размерам, действующим с 1 октября 2025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Общий размер вознаграждения за 6 дней участия составляет: 4 дня × 2 395 руб. + 1 день × 3 233 руб. + 1 день × 3 611 руб. = 16 424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выплате направляется в финансовую службу для перечисления денежных сумм на текущий (расчётный) счёт по ходатайству лица, которому они причитаются (п. 28 Положения). Прошу перечислить вознаграждение на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реквизитам, указанным в приложении.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5 ст. 50, п. 5 ч. 2, ч. 3 и 4 ст. 131 УПК РФ, п. 22(1), 23, 25 и 28 Положения, утверждённого постановлением Правительства РФ от 01.12.2012 № 1240,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постановление о выплате адвокату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вознаграждения за осуществление защиты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6 дней участия в размере 16 424 (шестнадцать тысяч четыреста двадцать четыре) руб. за счёт средств федерального бюджета.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указанную сумму на расчётный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реквизитам, указанным в приложении.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постановления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управления Судебного департамента в субъекте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исполнения и выдать копию постановления заявителю.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подтверждающий посещение подзащитного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об ознакомлении с материалами уголовного дела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томов]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(график ознакомления).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апелляционной жалобы на приговор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суда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Реквизиты счёта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перечисления вознаграждения.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адвоката о выплате вознаграждения по назначению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