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(по месту применения принудительной меры медицинского характера)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к которому применена принудительная мера медицинского характера: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организации, оказывающей психиатрическую помощь в стационарных условиях]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Законный представитель: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Медицинская организация, осуществляющая принудительное лечение: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применения принудительной меры медицинского характера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освобождён от уголовной ответственности за совершение в состоянии невменяемости запрещённого уголовным законом деяния,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К нему применена принудительная мера медицинского характера в виде принудительного лечения в медицинской организации, оказывающей психиатрическую помощь в стационарных условиях, специализированного типа (п. «в» ч. 1 ст. 99 УК РФ). Постановление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Принудительное лечение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проходит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вид принудительной меры изменён на принудительное лечение в медицинской организации, оказывающей психиатрическую помощь в стационарных условиях, общего типа (п. «б» ч. 1 ст. 99 УК РФ). Постановлениями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применение меры продлено.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освидетельствован комиссией врачей-психиатров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заключении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в состоянии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[стойкой ремиссии / описание состояния из заключения]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продуктивной психотической симптоматики не выявлено, режим не нарушал, критически оценивает совершённое деяние, поддерживающую терапию принимает добровольно,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пользуется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[свободным выходом / лечебными отпусками]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замечаний. Несмотря на это, комиссия пришла к выводу об отсутствии оснований для прекращения или изменения принудительной меры и рекомендовала продлить лечение. Выводы о сохраняющейся опасности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себя или других лиц в заключении не мотивированы.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законный представитель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законного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через администрацию медицинской организации ходатайство о внеочередном освидетельствовании (ч. 2 ст. 102 УК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результатах рассмотрения ходатайства администрацией.]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заключению специалиста — врача-психиатра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[стаж,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составленному по медицинской документации и по результатам беседы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психическое состояние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связано с возможностью причинения им иного существенного вреда либо с опасностью для себя или других лиц, в стационарных условиях лечения и наблюдения он не нуждается, может получать психиатрическую помощь в амбулаторных условиях.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выписки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будет проживать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готовности медицинской организации по месту жительства принять на диспансерное наблюдение, о возможности трудоустройства.]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прекращает, изменяет или продлевает применение принудительной меры медицинского характера не только по ходатайству администрации медицинской организации, но и по ходатайству лица, к которому мера применена, его защитника или законного представителя (ч. 1 ст. 445 УПК РФ). Вопрос рассматривается судом, вынесшим постановление о применении меры, или судом по месту её применения (ч. 2 ст. 445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на территории, относящейся к юрисдикции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Принудительные меры медицинского характера назначаются только в случаях, когда психическое расстройство связано с возможностью причинения лицом иного существенного вреда либо с опасностью для себя или других лиц (ч. 2 ст. 97 УК РФ). Их цели — излечение или улучшение психического состояния лица и предупреждение совершения им новых деяний (ст. 98 УК РФ; п. 2 постановления Пленума Верховного Суда РФ от 07.04.2011 № 6 «О практике применения судами принудительных мер медицинского характера», далее — Постановление № 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прекращает или изменяет применение принудительной меры медицинского характера в случае такого психического состояния лица, при котором отпадает необходимость в применении ранее назначенной меры либо возникает необходимость в назначении иной меры (ч. 3 ст. 102 УК РФ, ч. 6 ст. 445 УПК РФ, п. 28 Постановления № 6). Состояние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описанное в самом заключении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[стойкая ремиссия]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отсутствие нарушений режима, добровольный приём терапии, критика к деянию — свидетельствует о том, что необходимость в лечении в стационарных условиях отпала.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Принудительное лечение в стационарных условиях допускается, только если характер психического расстройства требует таких условий лечения, ухода, содержания и наблюдения, которые могут быть осуществлены только в стационаре (ч. 1 ст. 101 УК РФ). Заключение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содержит данных о том, почему лечение и наблюдение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невозможны в амбулаторных условиях.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Принудительное лечение может быть продлено только при наличии медицинского заключения комиссии врачей-психиатров, представленного администрацией медицинской организации или уголовно-исполнительной инспекцией, об отсутствии оснований для прекращения либо изменения меры (абз. 3 п. 26 Постановления № 6 в редакции постановления Пленума Верховного Суда РФ от 21.05.2026 № 16). Вывод комиссии об отсутствии таких оснований не согласуется с описанием психического состояния в том же заключении и не мотивирован. Само по себе наличие такого заключения не освобождает суд от обязанности проверить его обоснованность, выяснить результаты проведённого лечения и решить вопрос о необходимости дальнейшего наблюдения и лечения (абз. 1 п. 27 Постановления № 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медицинское заключение вызывает сомнение, суд по ходатайству лиц, участвующих в судебном заседании, может назначить судебную экспертизу, истребовать дополнительные документы и допросить лицо, в отношении которого решается вопрос (ч. 5 ст. 445 УПК РФ, п. 27 Постановления № 6). Противоречие между описательной частью и выводами заключения комиссии, а также выводы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3 ст. 80 УПК РФ) являются основанием для назначения судебно-психиатрической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прекращении принудительного лечения в стационарных условиях суд может передать материалы в уполномоченный орган исполнительной власти в сфере охраны здоровья для решения вопроса о лечении лица в организации, оказывающей психиатрическую помощь (ч. 4 ст. 102 УК РФ, п. 30 Постановления № 6). Если суд не найдёт оснований для прекращения меры, состояние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позволяет изменить её на принудительное наблюдение и лечение у врача-психиатра в амбулаторных условиях (п. «а» ч. 1 ст. 99, ст. 100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Участие защитника и прокурора в судебном заседании обязательно, а лицу, в отношении которого решается вопрос, должно быть предоставлено право лично участвовать в заседании, если его психическое состояние это позволяет (ч. 4 ст. 445 УПК РФ). Непосредственное участие может быть обеспечено и путём использования систем видеоконференц-связи (абз. 2 п. 27 Постановления № 6). Психическое состояние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позволяет ему участвовать в заседании,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[заключением комиссии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заключением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97, 98, 99, 101, 102 УК РФ, ст. 445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применение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принудительной меры медицинского характера в виде принудительного лечения в медицинской организации, оказывающей психиатрическую помощь в стационарных условиях, общего типа, и передать необходимые материалы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уполномоченного органа исполнительной власти субъекта РФ в сфере охраны здоровья]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решения вопроса о 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медицинской организации, оказывающей психиатрическую помощь (ч. 4 ст. 102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отсутствии оснований для прекращения применения меры изменить её на принудительное наблюдение и лечение у врача-психиатра в амбулаторных условиях (п. «а» ч. 1 ст. 99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делу судебно-психиатрическую экспертизу, производство которой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государственного судебно-экспертного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поставив перед экспертами вопросы: страдает 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настоящее время психическим расстройством, и если да, то каким; связано ли его психическое состояние с возможностью причинения им иного существенного вреда либо с опасностью для себя или других лиц; нуждается ли он в дальнейшем применении принудительной меры медицинского характера, и если да, то какой именно.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медицинскую карту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протоколы освидетельствований комиссией врачей-психиатров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сведения о предоставлении свободного выхода и лечебных отпусков.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для допроса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лечащего врача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личное участие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заседании, в том числе путём использования систем видеоконференц-связи.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полномочия законного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применении принудительной меры медицинского характера.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постановлений об изменении и продлении применения меры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комиссии врачей-психиатров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 у защиты).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законного представителя о внеочередном освидетельствовании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 специалиста — врача-психиатра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копиями документов о его квалификации.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месте жительства после выписки, справка медицинской организации по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медицинской организации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применения принудительной меры медицинского характера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