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(по месту применения принудительной меры медицинского характера)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Материал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материала]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Лицо, к которому применена принудительная мера медицинского характера: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нахождения: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организации, оказывающей психиатрическую помощь в стационарных условиях]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Законный представитель: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законного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Медицинская организация, внёсшая представление: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представление администрации медицинской организации о продлении применения принудительной меры медицинского характера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освобождён от уголовной ответственности за совершение в состоянии невменяемости запрещённого уголовным законом деяния,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К нему применена принудительная мера медицинского характера в виде принудительного лечения в медицинской организации, оказывающей психиатрическую помощь в стационарных условиях, общего типа (п. «б» ч. 1 ст. 99 УК РФ). Лечение проходит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применение меры продлено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администрация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внесла в суд представление о продлении принудительного лечения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следующие 6 месяцев. К представлению приложены выписка из истории болезни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медицинское заключение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подписанное лечащим врачом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заведующим отделением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Протокол освидетельствования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комиссией врачей-психиатров, сведения о составе комиссии и дате освидетельствования в материалах отсутствуют.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Описательная часть заключения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дословно совпадает с заключением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основании которого мера была продлена в прошлый раз. В нём не отражено, как изменилось состояние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последние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месяцев. Между тем из той же выписки из истории болезни следует, что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выявлялась продуктивная психотическая симптоматика, нарушений режима не допускалось, поддерживающую терапию он принимает добровольно,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пользуется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[свободным выходом по территории / лечебными отпусками]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без замечаний. Заключение завершается выводом о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«нуждается в продолжении принудительного лечения». Вывода об отсутствии оснований для изменения меры на менее строгую, в том числе на принудительное наблюдение и лечение у врача-психиатра в амбулаторных условиях, заключение не содержит.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представлении указано, что по психическому состоянию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участвовать в судебном заседании не может. Медицинского обоснования этого вывода к представлению не приложено; описание состояния в выписке ему противоречит.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выписки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будет проживать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сообщила о возможности диспансерного наблюдения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(письмо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представлением защита не согласна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Продление, изменение и прекращение применения принудительных мер медицинского характера осуществляются судом по представлению администрации медицинской организации, осуществляющей принудительное лечение, на основании заключения комиссии врачей-психиатров (ч. 1 ст. 102 УК РФ). При отсутствии оснований для прекращения или изменения меры администрация представляет в суд заключение для продления принудительного лечения (ч. 2 ст. 102 УК РФ). Суд продлевает меру по ходатайству администрации, подтверждённому медицинским заключением (ч. 1 ст. 445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Принудительное лечение может быть продлено судом только при наличии медицинского заключения комиссии врачей-психиатров, представленного администрацией медицинской организации, об отсутствии оснований для прекращения применения либо изменения в отношении освидетельствованного лица принудительной меры медицинского характера (абз. 3 п. 26 постановления Пленума Верховного Суда РФ от 07.04.2011 № 6 «О практике применения судами принудительных мер медицинского характера» в редакции постановления Пленума Верховного Суда РФ от 21.05.2026 № 16, далее — Постановление № 6). Заключение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подписано лечащим врачом и заведующим отделением. Сведений о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был освидетельствован комиссией врачей-психиатров, о её составе и дате освидетельствования, в материалах нет. Такой документ не является заключением комиссии, которого требуют ч. 1–2 ст. 102 УК РФ и абз. 3 п. 26 Постановления № 6.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Заключение не содержит и требуемого вывода. Абз. 3 п. 26 Постановления № 6 допускает продление только при заключении об отсутствии оснований как для прекращения, так и для изменения меры. Вывод о «нуждаемости в продолжении лечения» не отвечает на вопрос, возможно ли изменить меру на менее строгую. Этот вопрос в заключении не исследован.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Наличие медицинского заключения не освобождает суд от обязанности тщательно проверить обоснованность ходатайства, выяснить результаты проведённого лечения и решить вопрос о необходимости дальнейшего медицинского наблюдения и лечения (абз. 1 п. 27 Постановления № 6). Заключение, описательная часть которого повторяет предыдущее, не позволяет суду выяснить результаты лечения за истекший период. Динамика состояния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отражённая в выписке из истории болезни, в заключении не оценена.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Принудительные меры медицинского характера применяются только в случаях, когда психическое расстройство связано с возможностью причинения лицом иного существенного вреда либо с опасностью для себя или других лиц (ч. 2 ст. 97 УК РФ). Принудительное лечение в стационарных условиях допускается, если характер расстройства требует таких условий лечения, ухода, содержания и наблюдения, которые могут быть осуществлены только в стационаре (ч. 1 ст. 101 УК РФ). Если лицо по своему психическому состоянию не нуждается в помещении в стационар, может быть назначено принудительное наблюдение и лечение у врача-психиатра в амбулаторных условиях (ст. 100 УК РФ). Заключение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содержит данных о том, почему лечение и наблюдение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невозможно обеспечить в амбулаторных условиях, и о том, в чём выражается его опасность для себя или других лиц.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изменяет применение принудительной меры медицинского характера в случае такого психического состояния лица, при котором отпадает необходимость в применении ранее назначенной меры (ч. 3 ст. 102 УК РФ, ч. 6 ст. 445 УПК РФ, п. 28 Постановления № 6). Отсутствие продуктивной симптоматики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соблюдение режима, добровольный приём терапии и пользование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[свободным выходом / лечебными отпусками]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без замечаний свидетельствуют о том, что необходимость в лечении в стационарных условиях отпала, а лечение может быть продолжено амбулаторно.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медицинское заключение вызывает сомнение, суд по ходатайству лиц, участвующих в судебном заседании, может назначить судебную экспертизу, истребовать дополнительные документы, а также допросить лицо, в отношении которого решается вопрос (ч. 5 ст. 445 УПК РФ, п. 27 Постановления № 6). Сомнения в заключении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конкретны: оно составлено не комиссией, повторяет предыдущее, не оценивает динамику и не содержит вывода об отсутствии оснований для изменения меры. Экспертизу защита просит поручить государственному судебно-экспертному учреждению, не связанному с медицинской организацией, внёсшей представление, поскольку оценке подлежат выводы врачей этой организации.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Участие в судебном заседании защитника, законного представителя и прокурора обязательно (ч. 4 ст. 445 УПК РФ, абз. 1 п. 27 Постановления № 6). Лицу, в отношении которого решается вопрос о продлении меры, должно быть предоставлено право лично участвовать в судебном заседании, если его психическое состояние это позволяет (ч. 4 ст. 445 УПК РФ). Ему должно быть обеспечено непосредственное участие в заседании либо предоставлена возможность изложить позицию путём использования систем видеоконференц-связи, если в соответствии с медицинским заключением его состояние позволяет участвовать в заседании (абз. 2 п. 27 Постановления № 6). Утверждение администрации о невозможности участия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медицинским заключением не подтверждено и противоречит описанию его состояния в выписке из истории болезни.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97, 99, 100, 101, 102 УК РФ, ст. 445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протокол (акт) освидетельствования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комиссией врачей-психиатров с указанием её состава и даты освидетельствования, медицинскую карту стационарного больного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сведения о предоставлении свободного выхода и лечебных отпусков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Вызвать в судебное заседание для допроса лечащего врача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заведующего отделением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судебно-психиатрическую экспертизу, производство которой 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государственного судебно-экспертного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поставив перед экспертами вопросы: страдает 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настоящее время психическим расстройством, и если да, то каким; связано ли его психическое состояние с возможностью причинения им иного существенного вреда либо с опасностью для себя или других лиц; нуждается ли он в дальнейшем применении принудительной меры медицинского характера, и если да, то какой именно; требует ли характер его психического расстройства лечения, ухода, содержания и наблюдения, которые могут быть осуществлены только в стационарных условиях.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Обеспечить личное участие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судебном заседании, в том числе путём использования систем видеоконференц-связи.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в удовлетворении представления администрации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продлении применения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принудительной меры медицинского характера.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Изменить применяемую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принудительную меру медицинского характера в виде принудительного лечения в медицинской организации, оказывающей психиатрическую помощь в стационарных условиях, общего типа на принудительное наблюдение и лечение у врача-психиатра в амбулаторных условиях (п. «а» ч. 1 ст. 99, ст. 100 УК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документа, подтверждающего полномочия законного представителя.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применении принудительной меры медицинского характера.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продлении применения меры.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медицинского заключения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на основании которого мера была продлена ранее.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о месте жительства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после выписки.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возможности диспансерного наблюдения.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представление о продлении принудительного лечения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