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отбывает наказание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исправительного учреждения]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учреждения: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административного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Федеральная служба исполнения наказаний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ФСИН России]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Управление Федеральной службы исполнения наказаний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близкого родственника]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3 000 руб. (подп. 7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АДМИНИСТРАТИВНОЕ 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оспаривании решения ФСИН России об отказе в переводе осуждённого в исправительное учреждение по месту жительства близкого родственника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лишению свободы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отбыванием наказания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исправительного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[режим]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Приговор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Начало срока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конец срока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 ч. 1 ст. 73 УИК РФ административный истец направлен для отбывания наказания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исправительного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расположенное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где содержится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Близкий родственник административного истца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близкого родственника]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зарегистрирован по месту жительства и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Расстояние от исправительного учреждения до места жительства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близкого родственника]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км.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возраст и состояние здоровья родственника, дети, материальное положение, иные обстоятельства, из-за которых свидания невозможны или затруднены.]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административный истец через администрацию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исправительного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подал во ФСИН России письменное заявление о переводе для дальнейшего отбывания наказания в исправительное учреждение того же вида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при невозможности размещения там — в исправительное учреждение ближайшего субъекта Российской Федерации (ч. 4 ст. 81 УИК РФ). К заявлению приложены копия паспорта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близкого родственника]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регистрации по месту жительства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[документ, подтверждающий 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все документы, предусмотренные п. 9(3) Порядка. Принятие заявления подтверждается отметкой о регистрации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Уведомление об окончании проверочных мероприятий Управление 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направило административному истцу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после поступления заявления, за пределами пятнадцатидневного срока.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структурного подразделения ФСИН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административному истцу отказано в переводе. Отказ мотивирован тем, что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[дословная формулировка основания отказа]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». Иных мотивов, а также сведений о том, какие исправительные учреждения того же вида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соседних субъектов проверялись и почему размещение в них невозможно, письмо не содержит. Письмо получено административным истцом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Жалоба в вышестоящий в порядке подчинённости орган по тому же предмету не подавалась (п. 9 ч. 2 ст. 220 КАС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Гражданин вправе обратиться в суд с требованием об оспаривании решения органа государственной власти, если полагает, что этим решением нарушены его права, свободы и законные интересы или созданы препятствия к их осуществлению (ч. 1 ст. 218 КАС РФ). Отказ ФСИН России в переводе — индивидуальное решение, принятое в отношении административного истца по его заявлению. Оно лишает административного истца права, прямо предоставленного ч. 4 ст. 81 УИК РФ, и препятствует реализации права на свидания с близким родственником (ст. 89 УИК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письменному заявлению осуждённого к лишению свободы по решению федерального органа уголовно-исполнительной системы один раз в период отбывания наказания осуждённый при наличии возможности его размещения может быть переведён в исправительное учреждение того же вида на территории субъекта Российской Федерации, в котором проживает один из его близких родственников, а при невозможности размещения в исправительном учреждении этого субъекта — в исправительное учреждение на территории другого субъекта, наиболее близко расположенного к месту жительства данного близкого родственника, в котором имеются условия для размещения осуждённого (ч. 4 ст. 81 УИК РФ в редакции Федерального закона от 29.12.2025 № 537-ФЗ). То же правило закреплено в абзаце первом п. 9(2) Порядка направления осуждённых к лишению свободы для отбывания наказания в исправительные учреждения и их перевода из одного исправительного учреждения в другое, утверждённого приказом Минюста России от 26.01.2018 № 17 (в редакции приказа Минюста России от 08.06.2026 № 165, далее — Порядок).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Все условия перевода, установленные ч. 4 ст. 81 УИК РФ и п. 9(2) Порядка, административным истцом соблюдены: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подано в письменной форме самим осуждённым.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Административный истец направлен для отбывания наказания по ч. 1 ст. 73 УИК РФ, то есть относится к осуждённым, которым право на перевод предоставлено абзацем первым п. 9(2) Порядка.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Административный истец не относится к осуждённым, указанным в ч. 4 ст. 73 УИК РФ и абзаце втором п. 9(2) Порядка: он осуждён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РФ, не осуждён при особо опасном рецидиве, к пожизненному лишению свободы или к отбыванию лишения свободы в тюрьме, является гражданином Российской Федерации, сведений о приверженности идеологии экстремизма и терроризма в отношении него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на перевод по ч. 4 ст. 81 УИК РФ ранее не использовалось.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Испрашивается перевод в исправительное учреждение того же вида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исправительного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[режим]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Конец срока наказания наступает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поэтому окончание срока не может наступить в пути следования.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 заявлению приложены все документы, предусмотренные п. 9(3) Порядка.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Ссылка на отсутствие возможности размещения не соответствует ч. 4 ст. 81 УИК РФ. Закон не связывает перевод только с субъектом проживания родственника: при невозможности размещения там ФСИН России обязана рассмотреть перевод в исправительное учреждение ближайшего к месту жительства родственника субъекта, в котором условия для размещения имеются. Оспариваемое решение не содержит сведений о том, какие исправительные учреждения вида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исправительного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имеются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ближайших к нему субъектов, каковы их лимиты наполнения и фактическая численность осуждённых. Вопрос о переводе в учреждение ближайшего субъекта ФСИН России не рассмотрела. Тем самым решение принято без проверки условия, на которое оно ссылается.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о переводе принимается ФСИН России на основании заключения территориального органа УИС, документов, подтверждающих степень родства с осуждённым, и документов, подтверждающих место проживания близкого родственника. Территориальный орган УИС в течение пятнадцати календарных дней со дня поступления заявления направляет заключение и материалы во ФСИН России и уведомляет заявителя об окончании проверочных мероприятий (абзацы второй и третий п. 9(5) Порядка). Уведомление об окончании проверочных мероприятий направлено с нарушением этого срока. Содержание заключения административному истцу не известно, в оспариваемом решении оно не приведено. Соблюдение порядка принятия решения суд проверяет в силу подп. «б» п. 3 ч. 9 ст. 226 КАС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Формулировка «может быть переведён» не означает, что ФСИН России вправе отказать по любым мотивам. Если органу предоставлено усмотрение, суд проверяет правомерность и обоснованность его реализации; усмотрение вопреки предусмотренным законом целям является основанием для признания решения незаконным (п. 18 постановления Пленума Верховного Суда РФ от 28.06.2022 № 21 «О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Федерации»). Цель ч. 4 ст. 81 УИК РФ — дать осуждённому возможность отбывать наказание ближе к семье. Отказ, не основанный на установленных законом условиях и не содержащий их проверки, этой цели противоречит и не соответствует п. 4 ч. 9 ст. 226 КАС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Обязанность доказывания соблюдения порядка принятия оспариваемого решения, наличия оснований для его принятия и соответствия его содержания нормативным правовым актам возлагается на орган, принявший решение (ч. 11 ст. 226, ч. 2 ст. 62 КАС РФ). ФСИН России должна подтвердить, что разместить административного истца в исправительных учреждениях того же вида как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так и в ближайших к нему субъектах невозможно.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обращения в суд, установленный ч. 1 ст. 219 КАС РФ, не пропущен: о нарушении прав административный истец узнал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получив письмо ФСИН России.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Административный иск подан в суд по месту нахождения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исправительного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где административный истец отбывает наказание и где возникли правовые последствия оспариваемого решения (ст. 19, ч. 2 ст. 22 КАС РФ, абзац третий п. 14 постановления Пленума Верховного Суда РФ от 28.06.2022 № 21).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Признав решение незаконным, суд указывает на необходимость принятия решения по конкретному вопросу и на срок устранения нарушения, а орган обязан сообщить об исполнении решения в суд и административному истцу в течение одного месяца со дня вступления решения в законную силу (п. 1 ч. 3, ч. 9 ст. 227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Заключение территориального органа УИС и материалы проверки находятся у административных ответчиков, административный истец получить их не может. Суд вправе истребовать доказательства по ходатайству лиц, участвующих в деле (ч. 1 ст. 63 КАС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218, 220, 226, 227 КАС РФ, ч. 4 ст. 81 УИК РФ, п. 9(2), 9(3) и 9(5) Порядка,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решение Федеральной службы исполнения наказаний, изложенное в письме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структурного подразделения ФСИН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 отказе в переводе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дальнейшего отбывания наказания в исправительное учреждение того же вида по месту жительства близкого родственника.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Федеральную службу исполнения наказаний повторно рассмотреть заявление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переводе по ч. 4 ст. 81 УИК РФ в течение одного месяца со дня вступления решения суда в законную силу и сообщить об исполнении решения в суд и административному истцу.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у административных ответчиков заключение Управления 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материалы проверки по заявлению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осуждённого]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сведения о лимитах наполнения и численности осуждённых в исправительных учреждениях вида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исправительного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ближайших к нему субъектов Российской Федерации на дату принятия оспариваемого решения.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Обеспечить участие административного истца в судебном заседании путём использования систем видеоконференц-связи (ст. 142 КАС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административным ответчикам и заинтересованному лицу копий административного искового заявления и приложенных документов.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о переводе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принятии.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документов, приложенных к заявлению о переводе по п. 9(3) Порядка.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уведомления об окончании проверочных мероприятий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 ФСИН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документ, подтверждающий дату его получения.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администрации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исправительного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прежних перемещениях осуждённого.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Ордер адвоката и копия удостоверения адвоката.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(ч. 8 ст. 57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диплома о высшем юридическом образовании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административного иска об оспаривании отказа ФСИН в переводе осуждённого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