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Главного управления (Управления) Федеральной службы судебных приставов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территориального органа ФССП России]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взыскателя: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[номер, 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в Республике Беларусь: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(пребывания) должника]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направлении исполнительного документа для исполнения в Республику Беларусь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[основной долг / сумма возмещения вреда]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судебные расходы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расходы по уплате государственной пошлины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Решение содержит только требования о взыскании денежных средств; требований неденежного характера не содержит.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выдан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Исполнительный лист к исполнению на территории Российской Федерации не предъявлялся, в банк или иную кредитную организацию, работодателю или иному лицу, выплачивающему должнику периодические платежи, не направлялся.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Должник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постоянно проживает в Республике Беларусь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работает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организации-работодателя,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имеет счёт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 Республики Беларусь]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[иное имущество: транспортное средство, недвижимое имущество, доля в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Сведений о доходах и имуществе должника на территории Российской Федерации у меня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участвовал в рассмотрении дела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[лично / через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отражено в решении. Срок предъявления исполнительного листа к исполнению, исчисляемый со дня вступления решения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дату подачи заявления не пропущен.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Соглашение между Российской Федерацией и Республикой Беларусь о порядке взаимного исполнения судебных постановлений судов Российской Федерации и судов Республики Беларусь от 18.12.2024 (далее — Соглашение) ратифицировано Федеральным законом от 23.03.2026 № 56-ФЗ и вступило в силу 22.04.2026. Оно применяется к судебным постановлениям по гражданским делам, предусматривающим обязательства должника по выплате взыскателю денежных средств, в том числе в части государственной пошлины и иных судебных расходов (п. 1 ст. 1 Соглашения), в том числе вынесенным до его вступления в силу (ст. 11 Соглашения). Решение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вынесено судом общей юрисдикции, предусматривает только денежное взыскание с физического лица и не относится к исключениям, установленным п. 2 и 3 ст. 1 Соглашения.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Судебные постановления судов Российской Федерации не нуждаются в специальной процедуре признания и исполняются на территории Республики Беларусь в таком же порядке, что и постановления белорусских судов, на основании исполнительных документов российского суда (ст. 3 Соглашения). Исполнительный документ на основании заявления взыскателя направляется для исполнения уполномоченным органом одной Стороны уполномоченному органу другой Стороны (п. 1 ст. 5 Соглашения). Уполномоченными органами со стороны Российской Федерации являются территориальные органы Федеральной службы судебных приставов, со стороны Республики Беларусь — управления принудительного исполнения главных управлений юстиции областных, Минского городского исполнительных комитетов (ст. 6 Соглашения).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международным договором Российской Федерации установлены иные правила, чем предусмотренные законодательством Российской Федерации об исполнительном производстве, применяются правила международного договора (ч. 4 ст. 3 Федерального закона от 02.10.2007 № 229-ФЗ «Об исполнительном производстве»). Соглашение имеет преимущественную силу над положениями других международных договоров между Российской Федерацией и Республикой Беларусь по тем же вопросам (ст. 9 Соглашения).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Комплект документов соответствует п. 2 и 3 ст. 5 Соглашения. К исполнительному листу прилагаются: заверенная копия решения; документ о вступлении решения в законную силу (отметка суда на копии решения); документ (информация) об отсутствии на исполнении у судебного пристава-исполнителя исполнительного производства по данному исполнительному листу; заявление о возбуждении исполнительного производства, адресованное уполномоченному органу Республики Беларусь, с указанием суммы взыскания, сведений о взыскателе и реквизитов банковского счёта. Сведения о надлежащем извещении ответчика о времени и месте рассмотрения дела содержатся в копии решения. Документы составлены на русском языке и в силу ст. 4 Соглашения не требуют легализации.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Срок предъявления исполнительного листа к исполнению — три года со дня вступления судебного акта в законную силу (ч. 1 ст. 21 Федерального закона «Об исполнительном производстве») — не истёк, поэтому основание для возврата, предусмотренное абз. 3 п. 4 ст. 5 Соглашения, отсутствует.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Полномочия представителя на предъявление исполнительного документа специально оговорены в доверенности (п. 1 ч. 3 ст. 57 Федерального закона «Об исполнительном производстве»), доверенность оформлена в соответствии с законодательством Российской Федерации (абз. 5 п. 3 ст. 5 Соглашения).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1, 3, 4, 5, 6, 11 Соглашения между Российской Федерацией и Республикой Беларусь о порядке взаимного исполнения судебных постановлений судов Российской Федерации и судов Республики Беларусь от 18.12.2024, ч. 4 ст. 3, ч. 1 ст. 21, ст. 57 Федерального закона «Об исполнительном производстве»,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приложенными документами для исполнения в управление принудительного исполнения главного управления юстиции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облисполкома / Минского городского исполнительного комитета]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месту жительства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 выявления неполноты комплекта документов сообщить об этом взыскателю (представителю) до направления исполнительного документа по адресу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взыскателю о дате и исходящих реквизитах направления исполнительного документа в уполномоченный орган Республики Беларусь, а также о поступившей от него информации о возбуждении исполнительного производства или о возврате исполнительного документа.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Оригинал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Заверенная судом 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(сведения) территориального органа ФССП России об отсутствии на исполнении исполнительного производства по исполнительному листу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о возбуждении исполнительного производства, адресованное управлению принудительного исполнения главного управления юстиции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облисполкома / Минского городского исполнительного комитета]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место жительства, место работы и имущество должника в Республике Беларусь: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взыскателя.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Банковские реквизиты счёта взыскателя.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её копия.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r>
        <w:br w:type="page"/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к заявлению о направлении исполнительного документа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управления принудительного исполнения главного управления юстиции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областного / Минского городского исполнительного комитета]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управления принудительного исполнения]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взыскателя]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гражданство: Российская Федерация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гражданина Российской Федерации: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выдавшего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 (пребывания):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взыскателя: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[номер, дата]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(пребывания) в Республике Беларусь]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возбуждении исполнительного производства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(Российская Федерация)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основании решения выдан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подлежит исполнению на территории Республики Беларусь без специальной процедуры признания на основании ст. 3 Соглашения между Российской Федерацией и Республикой Беларусь о порядке взаимного исполнения судебных постановлений судов Российской Федерации и судов Республики Беларусь от 18.12.2024. Исполнительный документ направляется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ФССП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соответствии с п. 1 ст. 5 и ст. 6 Соглашения.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Сумма денежных средств, подлежащих взысканию: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российских рублей,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[основной долг / сумма возмещения вреда]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судебные расходы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государственная пошлина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Взыскание на территории Российской Федерации не производилось; непогашенная задолженность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Известные взыскателю сведения о должнике: место работы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счета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 Республики Беларусь]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имущество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Реквизиты банковского счёта взыскателя для перечисления взысканных денежных средств: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получателя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SWIFT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при наличии]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банка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Возбудить исполнительное производство по исполнительному листу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Перечислять взысканные денежные средства на банковский счёт взыскателя по реквизитам, указанным в настоящем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Заверенная судом 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(информация) об отсутствии исполнительного производства по исполнительному листу на территории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направлении исполнительного листа в Беларусь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