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Судебному приставу-исполнителю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ФССП России]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Взыскатель: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или ФИО взыскателя]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 / ОГРН или 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взыскателя: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доверенности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исполнительного производства]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организации кадастровых работ по уточнению границ арестованного земельного участка до передачи его на реализацию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исполнении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исполнительного производства]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исполнительного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или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 взыскании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должник)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или ФИО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взыскатель)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Остаток задолженности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Актом о наложении ареста (описи имущества)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арестовано принадлежащее должнику недвижимое имущество: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 в праве]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праве собственности на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категория земель: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[категория]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вид разрешённого использования: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также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 в праве]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праве собственности на расположенный на нём жилой дом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м. 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вступившим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обращено взыскание на указанное имущество путём продажи с публичных торгов (ст. 278 ГК РФ). Оценка имущества произведена 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выписке из Единого государственного реестра недвижимости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земельный участок поставлен на кадастровый учёт, однако сведения о местоположении его границ в ЕГРН отсутствуют: в разделе «Особые отметки» указано «Граница земельного участка не установлена в соответствии с требованиями земельного законодательства».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Росимущества (специализированной организации)]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письмом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сообщило о невозможности реализации имущества на торгах в связи с отсутствием в ЕГРН сведений о границах земельного участка. С этого времени меры по реализации арестованного имущества не принимаются, кадастровые работы по уточнению границ участка не организованы, иного имущества, достаточного для погашения задолженности, у должника не выявлено.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Стороны исполнительного производства вправе заявлять ходатайства (ч. 1 ст. 50 Федерального закона от 02.10.2007 № 229-ФЗ «Об исполнительном производстве», далее — Закон № 229-ФЗ). Заявления и ходатайства лиц, участвующих в исполнительном производстве, могут быть поданы на любой стадии исполнительного производства (ч. 1 ст. 64.1 Закона № 229-ФЗ). Настоящее заявление содержит просьбу о совершении конкретных исполнительных действий и подлежит рассмотрению в порядке ст. 64.1 Закона № 229-ФЗ с вынесением постановления.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Земельный участок как объект права собственности является недвижимой вещью, которая имеет характеристики, позволяющие определить её в качестве индивидуально определённой вещи (п. 3 ст. 6 ЗК РФ). К таким характеристикам относятся описание местоположения и площадь земельного участка (п. 3 и 9 ч. 4 ст. 8 Федерального закона от 13.07.2015 № 218-ФЗ «О государственной регистрации недвижимости», далее — Закон № 218-ФЗ); местоположение границ устанавливается посредством определения координат их характерных точек (ч. 8 ст. 22 Закона № 218-ФЗ). В договоре продажи недвижимости должны быть указаны данные, позволяющие определённо установить подлежащее передаче имущество; при их отсутствии условие о предмете считается несогласованным, а договор — незаключённым (ст. 554 ГК РФ). Наличие у участка кадастрового номера без установленных границ не позволяет идентифицировать его как индивидуально-определённую вещь (кассационное определение Судебной коллегии по административным делам Верховного Суда РФ от 12.08.2026 № 15-КАД26-3-К1).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01.03.2025 государственная регистрация прав приостанавливается, если в ЕГРН отсутствуют сведения о местоположении границ земельного участка, являющегося предметом договора, а также земельного участка, на котором расположено здание, права на которое регистрируются (п. 21.1 и 21.2 ч. 1 ст. 26 Закона № 218-ФЗ в редакции Федерального закона от 26.12.2024 № 487-ФЗ). Исключений для имущества, реализуемого на торгах в исполнительном производстве, закон не содержит. Без уточнения границ покупатель не сможет зарегистрировать право ни на долю в участке, ни на долю в жилом доме, а торги не приведут к погашению задолженности.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передаче на реализацию недвижимого имущества к постановлению судебного пристава-исполнителя и акту приёма-передачи прилагаются правоустанавливающие документы и документы, характеризующие объект недвижимости (п. 2 ч. 8 ст. 89 Закона № 229-ФЗ). До вынесения постановления о передаче имущества на реализацию судебный пристав-исполнитель обеспечивает сбор и подготовку необходимого пакета документов (п. 2.1 и 2.3 Соглашения ФССП России № 0001/13, Росимущества № 01-12/65 от 30.04.2015). Все действия по подготовке недвижимого имущества к реализации, включая установление границ земельного участка, осуществляет служба судебных приставов, а не Росимущество, и совершаются они до вынесения постановления о передаче имущества на реализацию; в отсутствие установленных границ судебный пристав-исполнитель должен принять комплекс мер по уточнению местоположения земельного участка (кассационное определение Судебной коллегии по административным делам Верховного Суда РФ от 12.08.2026 № 15-КАД26-3-К1).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Судебный пристав-исполнитель вправе совершать иные действия, необходимые для своевременного, полного и правильного исполнения исполнительных документов (п. 17 ч. 1 ст. 64 Закона № 229-ФЗ), привлекать специалиста, обладающего специальными знаниями, с вынесением постановления (ч. 1 ст. 61 Закона № 229-ФЗ), в том числе заключать государственные контракты на землеустроительные работы с последующим взысканием расходов с должника (кассационное определение Верховного Суда РФ от 12.08.2026 № 15-КАД26-3-К1). Законные требования судебного пристава-исполнителя, включая требование к должнику обеспечить доступ кадастрового инженера на участок и представить имеющиеся документы о его границах, обязательны для исполнения (ч. 1 ст. 6 Закона № 229-ФЗ).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Вознаграждение специалистов и средства, затраченные на совершение других необходимых действий в процессе исполнения, относятся к расходам по совершению исполнительных действий (п. 2 и 6 ч. 2 ст. 116 Закона № 229-ФЗ) и возмещаются за счёт должника (ч. 1 ст. 117 Закона № 229-ФЗ) на основании постановления судебного пристава-исполнителя, утверждённого старшим судебным приставом или его заместителем (ч. 3 ст. 117 Закона № 229-ФЗ).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Заявление подлежит рассмотрению в десятидневный срок со дня поступления с вынесением постановления об удовлетворении полностью или частично либо об отказе (ч. 5 ст. 64.1 Закона № 229-ФЗ); в постановлении об удовлетворении указывается, какие исполнительные действия подлежат совершению (ч. 6 ст. 64.1 Закона № 229-ФЗ); копия постановления направляется заявителю не позднее дня, следующего за днём его вынесения (ч. 7 ст. 64.1 Закона № 229-ФЗ). При нерассмотрении заявления или непринятии мер по уточнению границ взыскатель обжалует бездействие старшему судебному приставу (ч. 1 ст. 121, ч. 1 ст. 123 Закона № 229-ФЗ) либо оспорит его в суде в порядке главы 22 КАС РФ в сроки, установленные ст. 122 Закона № 229-ФЗ и ч. 3 ст. 219 КАС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6, 50, 61, 64, 64.1, 89, 116, 117 Закона № 229-ФЗ, ст. 26 Закона № 218-ФЗ,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Рассмотреть заявление в десятидневный срок и вынести постановление о его удовлетворении с указанием исполнительных действий, подлежащих совершению.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Организовать выполнение кадастровых работ по уточнению местоположения границ земельного участка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подготовкой межевого плана: привлечь кадастрового инженера в качестве специалиста или заключить государственный контракт на выполнение кадастровых работ, установив срок их выполнения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Предъявить должнику требование обеспечить доступ кадастрового инженера на земельный участок в согласованную дату и представить имеющиеся у него правоустанавливающие документы и документы о границах участка.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Принять меры к внесению в ЕГРН сведений о местоположении границ земельного участка на основании подготовленного межевого плана и получить выписку из ЕГРН с описанием местоположения границ.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Отнести расходы на кадастровые работы к расходам по совершению исполнительных действий и взыскать их с должника в порядке ст. 117 Закона № 229-ФЗ.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После внесения в ЕГРН сведений о границах дополнить пакет документов, предусмотренный ч. 8 ст. 89 Закона № 229-ФЗ, и передать арестованное имущество на реализацию.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копию постановления по результатам рассмотрения заявления не позднее дня, следующего за днём его вынесения,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для корреспонденции]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через личный кабинет на Едином портале государственных и муниципальных услуг.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ЕГРН о земельном участке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о наложении ареста (описи имущества)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обращении взыскания на земельный участок.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письма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Росимущества]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кассационного определения Верховного Суда РФ от 12.08.2026 № 15-КАД26-3-К1.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 взыскателя]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организации кадастровых работ по уточнению границ арестованного земельного участка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