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Начальнику ФКУ СИЗО-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начальника учреждения]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учреждения]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защитник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немедленном освобождении обвиняемого из-под стражи в связи с истечением срока содержания под стражей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осуществляю защиту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обвиняемого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Уголовное дело находится 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следователя, 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задержан(а) в порядке ст. 91, 92 УПК РФ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 задержания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Фактически он(а) лишён(а) свободы передвижения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[рапортом сотрудника полиции, протоколом личного досмотра, сведениями о доставлении]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избрана мера пресечения в виде заключения под стражу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суток.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срок содержания под стражей продлён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месяцев, всего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суток, то есть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включительно.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 заключения под стражу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применялась мера пресечения в виде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меры пресечения]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 время которой в силу ч. 10 ст. 109 УПК РФ засчитывается в срок содержания под стражей.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срока содержания под стражей: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118"/>
        <w:gridCol w:w="3118"/>
        <w:gridCol w:w="3118"/>
      </w:tblGrid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Период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Основание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Количество суток, засчитываемых в срок стражи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Задержание в качестве подозреваемого 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п. 1 ч. 10 ст. 109 УПК РФ, протокол задержания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Домашний арест 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п. 2 ч. 10 ст. 109 УПК РФ, постановление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суда]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Запрет выходить за пределы жилого помещения 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дней)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п. 1.1 ч. 10 ст. 109 УПК РФ, два дня запрета за один день стражи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Содержание под стражей 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постановление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суда]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постановление о продлении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Итого установленный судом срок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месяцев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суток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Дата и время окончания срока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ч. 2 ст. 128 УПК РФ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24 часа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Таким образом, срок содержания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 стражей истёк в 24 часа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решение суда о продлении срока содержания под стражей в учреждение не поступило,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продолжает содержаться в ФКУ СИЗО-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Ходатайство о продлении срока содержания под стражей до истечения срока судом не рассматривалось. Участие защитника в судебном заседании по такому ходатайству обязательно (ч. 13 ст. 109 УПК РФ), однако о судебном заседании я не извещался(ась). Это подтверждается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[ответом суда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сведениями с официального сайта суда].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Суд, прокурор, следователь, орган дознания и дознаватель обязаны немедленно освободить всякого содержащегося под стражей свыше срока, предусмотренного УПК РФ (ч. 2 ст. 10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срок содержания под стражей засчитывается время, на которое лицо было задержано в качестве подозреваемого, время домашнего ареста, а также время запрета, предусмотренного п. 1 ч. 6 ст. 105.1 УПК РФ, из расчёта два дня его применения за один день содержания под стражей (п. 1, 1.1, 2 ч. 10 ст. 109 УПК РФ). При задержании срок исчисляется с момента фактического задержания (ч. 3 ст. 128 УПК РФ), то есть с момента фактического лишения свободы передвижения лица (п. 15 ст. 5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исчислении сроков заключения под стражу в них включается и нерабочее время (ч. 1 ст. 128 УПК РФ). Срок, исчисляемый сутками, истекает в 24 часа последних суток, срок, исчисляемый месяцами, — в соответствующее число последнего месяца. Правило о переносе окончания срока на первый следующий рабочий день к содержанию под стражей не применяется (ч. 2 ст. 128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Сроки содержания под стражей исчисляются сутками и месяцами; течение срока начинается в день заключения лица под стражу, час заключения во внимание не принимается; срок истекает в 24 часа последних суток независимо от того, приходится ли его окончание на рабочий или нерабочий день. Суд при избрании и продлении меры пресечения определяет дату окончания срока с учётом ч. 10 ст. 109 УПК РФ (п. 19, 20 постановления Пленума Верховного Суда РФ от 19.12.2013 № 41 «О практике применения судами законодательства о мерах пресечения в виде заключения под стражу, домашнего ареста, залога и запрета определенных действий»).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Начальник места содержания под стражей обязан не позднее чем за 24 часа до истечения срока содержания под стражей уведомить об этом орган или лицо, в производстве которых находится уголовное дело, а также прокурора. Если по истечении установленного срока заключения под стражу решение об освобождении либо о продлении срока содержания под стражей не поступило, начальник места содержания под стражей немедленно освобождает обвиняемого своим постановлением (ч. 2, 3 ст. 50 Федерального закона от 15.07.1995 № 103-ФЗ «О содержании под стражей подозреваемых и обвиняемых в совершении преступлений»). Освобождённому выдаётся справка, в которой указываются срок содержания под стражей и основания освобождения (ч. 4 ст. 50 того же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о продлении срока содержания под стражей, принятое после истечения ранее установленного срока, не может служить основанием для содержания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 стражей в период с 00 часов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его вынесения: продление допускается только в случаях и в порядке, установленных УПК РФ (ч. 2 ст. 129, ч. 2, 8 ст. 109 УПК РФ), а ходатайство о продлении представляется в суд не позднее чем за 7 суток до истечения срока (ч. 8 ст. 109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Заведомо незаконное содержание под стражей образует состав преступления, предусмотренного ч. 2 ст. 301 УК РФ. Надзор за исполнением законов в местах содержания под стражей осуществляет прокурор, постановления которого, касающиеся порядка содержания под стражей, обязательны для администрации (ст. 51 Федерального закона от 15.07.1995 № 103-ФЗ).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2 ст. 10, ч. 9, 10 ст. 109, ст. 128 УПК РФ, ст. 50 Федерального закона от 15.07.1995 № 103-ФЗ,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Немедленно освободить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из-под стражи своим постановлением в связи с истечением в 24 часа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срока содержания под стражей и непоступлением решения о его продлении.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справку с указанием срока содержания под стражей и оснований освобождения (ч. 4 ст. 50 Федерального закона от 15.07.1995 № 103-ФЗ).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в учреждение поступило решение о продлении срока содержания под стражей, сообщить защитнику его реквизиты: наименование суда, дату вынесения и дату поступления в учреждение, срок, до которого продлено содержание под стражей.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защитнику о дате и исходящем номере уведомления, направленного в соответствии с ч. 2 ст. 50 Федерального закона от 15.07.1995 № 103-ФЗ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прокурору об истечении срока содержания под стражей.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принятом решении незамедлительно уведомить защитника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настоящего заявления одновременно направлены: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следователя, 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с требованием немедленно освободить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соответствии с ч. 2 ст. 10 УПК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прокуратуры]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осуществляющей надзор за процессуальной деятельностью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 исполнением законов в ФКУ СИЗО-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— для принятия мер в соответствии с ч. 2 ст. 10 УПК РФ и ст. 51 Федерального закона от 15.07.1995 № 103-ФЗ.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протокола задержания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избрании меры пресечения в виде заключения под стражу.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продлении срока содержания под стражей.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избрании меры пресечения в виде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меры пресечения]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ответа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поступлении и рассмотрении ходатайства о продлении срока содержания под стражей.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немедленном освобождении из-под стражи в связи с истечением срока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