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судебную коллегию по уголовным делам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верховного суда республики, краевого, областного суда]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суда]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районного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защиту обвиняемого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материал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материала]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АПЕЛЛЯЦИОННАЯ 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постановление о помещении обвиняемого в медицинскую организацию, оказывающую психиатрическую помощь в стационарных условиях, для производства судебно-психиатрической экспертизы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осуществляю защиту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обвиняемого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совершении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РФ. Это преступление в силу ч. 2 ст. 15 УК РФ относится к категории небольшой тяжести. Уголовное дело находится 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следователя, наименование следственного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следователя]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избрана мера пресечения в виде подписки о невыезде и надлежащем поведении (постановление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), которую он не нарушал. Под стражей он не содержится.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удовлетворено ходатайство следователя,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помещён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организации, оказывающей психиатрическую помощь в стационарных условиях]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производства стационарной судебно-психиатрической экспертизы, назначенной постановлением следователя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Постановление является незаконным и необоснованным по следующим основаниям.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Амбулаторная судебно-психиатрическая экспертиза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назначалась и не проводилась. Ходатайство эксперта или комиссии экспертов о необходимости стационарного обследования в материалах отсутствует. На учёте у психиатра и нарколога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состоит, что подтверждается справками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медицинских организаций]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Медицинских документов о психических расстройствах, о прохождении лечения в психиатрическом стационаре, о признании негодным к военной службе по психическому состоянию в материалах нет. В обоснование ходатайства следователь сослался только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[кратко: довод следователя, например, «поведение обвиняемого при допросе»]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без указания, какие именно данные вызывают сомнение во вменяемости и почему вопросы, поставленные перед экспертами, не могут быть разрешены амбулаторно.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Ходатайство следователя рассмотрено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отсутствие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защитника. О месте, дате и времени судебного заседания ни обвиняемый, ни я не извещались, что подтверждается протоколом судебного заседания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отсутствием в материале сведений об извещении. С постановлением следователя о назначении стационарной судебно-психиатрической экспертизы сторона защиты ознакомлена только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после вынесения судом обжалуемого постановления (протокол ознакомления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обжалуемого постановления получена мной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Срок апелляционного обжалования, установленный ч. 1 ст. 389.4 УПК РФ, не пропущен.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Помещение подозреваемого или обвиняемого, не содержащегося под стражей, в медицинскую организацию, оказывающую психиатрическую помощь в стационарных условиях, для производства судебно-психиатрической экспертизы допускается только на основании судебного решения, принимаемого в порядке ст. 165 УПК РФ (п. 3 ч. 2 ст. 29, ч. 2 ст. 203 УПК РФ). Основанием для такого решения закон называет возникшую при назначении или производстве экспертизы необходимость в стационарном обследовании (ч. 1 ст. 203 УПК РФ). Само по себе назначение судебно-психиатрической экспертизы этим основанием не является.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ходатайстве следователя о помещении в стационар должны быть указаны основания назначения судебной экспертизы, экспертное учреждение, вопросы эксперту и предоставляемые материалы (ч. 1 ст. 195 УПК РФ). Судья обязан наряду с проверкой порядка возбуждения ходатайства проверить наличие фактических обстоятельств, служащих основанием для производства испрашиваемого действия (п. 1, 12 постановления Пленума Верховного Суда РФ от 01.06.2017 № 19 «О практике рассмотрения судами ходатайств о производстве следственных действий, связанных с ограничением конституционных прав граждан (статья 165 УПК РФ)»). В описательной части судебного решения о помещении лица в стационар на основании ст. 203 УПК РФ такое решение должно быть обосновано (п. 10 постановления Пленума Верховного Суда РФ от 21.12.2010 № 28 «О судебной экспертизе по уголовным делам»).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Обжалуемое постановление этим требованиям не отвечает. Суд не привёл ни одного фактического обстоятельства, подтверждающего необходимость именно стационарного обследования: амбулаторная экспертиза не проводилась, ходатайства экспертов нет, медицинских сведений о психическом расстройстве нет. Вывод суда о необходимости стационара воспроизводит текст ходатайства следователя и не подтверждается представленными материалами, что нарушает ч. 4 ст. 7 УПК РФ и является основанием для отмены постановления (п. 1 ст. 389.15, п. 1 ст. 389.16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Лицу, в отношении которого решается вопрос о помещении в медицинскую организацию, оказывающую психиатрическую помощь в стационарных условиях, для производства судебно-психиатрической экспертизы, следует обеспечить возможность участия в судебном заседании и реализации предусмотренных уголовно-процессуальным законом прав, за исключением случаев, когда физическое и (или) психическое состояние не позволяет ему предстать перед судом (абз. 2 п. 11 постановления Пленума Верховного Суда РФ от 21.12.2010 № 28).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судебном заседании не извещался, сведений о том, что его состояние не позволяло предстать перед судом, в материале нет. Вопрос, по существу означающий изоляцию обвиняемого на срок до 30 дней с возможностью продления, разрешён без выслушивания его позиции и позиции защитника. Тем самым он лишён права довести до суда свои доводы и представить документы о состоянии здоровья. Это существенное нарушение уголовно-процессуального закона, которое повлияло на вынесение законного и обоснованного решения (п. 2 ст. 389.15, ч. 1 ст. 389.17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Подозреваемый, обвиняемый и их защитники должны быть ознакомлены с постановлением о назначении экспертизы до её производства (ч. 3 ст. 195 УПК РФ, п. 9 постановления Пленума Верховного Суда РФ от 21.12.2010 № 28). При ознакомлении они вправе заявить отвод эксперту, ходатайствовать о производстве экспертизы в другом экспертном учреждении, о внесении дополнительных вопросов (п. 2–4 ч. 1 ст. 198 УПК РФ). Сторона защиты ознакомлена с постановлением о назначении экспертизы только после того, как суд разрешил вопрос о стационаре, и не могла заявить, в частности, ходатайство о проведении экспертизы в амбулаторных условиях.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Помещение в психиатрический стационар ограничивает право на свободу и личную неприкосновенность (ст. 22 Конституции РФ). Такое ограничение допустимо лишь в той мере, в какой оно необходимо (ч. 3 ст. 55 Конституции РФ). Лицо может быть госпитализировано для производства экспертизы на срок до 30 дней, который по ходатайству эксперта продлевается ещё на 30 дней, а в исключительных случаях повторно; общий срок при производстве одной экспертизы не может превышать 90 дней (ст. 30 Федерального закона от 31.05.2001 № 73-ФЗ «О государственной судебно-экспертной деятельности в Российской Федерации»).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обвиняется в преступлении небольшой тяжести. Заключение под стражу по таким делам допускается лишь в исключительных случаях, если обвиняемый нарушил ранее избранную меру пресечения или скрылся (п. 2 ч. 1 ст. 108 УПК РФ); таких обстоятельств нет. Обжалуемым постановлением обвиняемый фактически изолирован от общества на срок, сопоставимый с содержанием под стражей, при отсутствии данных о том, что цели экспертизы не могут быть достигнуты амбулаторно.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Постановление о помещении лица в медицинскую организацию, оказывающую психиатрическую помощь в стационарных условиях, для производства судебной экспертизы подлежит апелляционному обжалованию до вынесения итогового судебного решения (ч. 3 ст. 389.2 УПК РФ, п. 5 постановления Пленума Верховного Суда РФ от 27.11.2012 № 26 «О применении норм Уголовно-процессуального кодекса Российской Федерации, регулирующих производство в суде апелляционной инстанции»; п. 18 постановления Пленума Верховного Суда РФ от 01.06.2017 № 19). Жалоба подаётся в течение 15 суток со дня вынесения постановления через суд, его вынесший (ч. 1 ст. 389.3, ч. 1 ст. 389.4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389.1, 389.2, 389.3, 389.4, 389.6, п. 1, 2 ст. 389.15, п. 6 ч. 1 ст. 389.20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Отменить постановление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помещении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производства стационарной судебно-психиатрической экспертизы.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Вынести новое решение об отказе в удовлетворении ходатайства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следователя, наименование следственного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следователя]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помещении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медицинскую организацию, оказывающую психиатрическую помощь в стационарных условиях, для производства судебно-психиатрической экспертизы.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Рассмотреть апелляционную жалобу с участием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защитника.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ордера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помещении в медицинскую организацию для производства судебно-психиатрической экспертизы.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следователя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назначении стационарной судебно-психиатрической экспертизы и протокола ознакомления с ним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следователя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возбуждении перед судом ходатайства о помещении в медицинскую организацию.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медицинских организаций]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том,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учёте у психиатра и нарколога не состоит.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Характеристика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места работы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постановление о помещении в психиатрический стационар для экспертизы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