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прокурора, наименование прокуратуры]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[классный чин, ФИО прокурора]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прокуратуры]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следователя, наименование следственного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следователя]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следственного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Обвиняемый: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содержится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изолятора]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заключении досудебного соглашения о сотрудничестве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следователя, 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[пункт, 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Предварительное расследование проводится в форме предварительного следствия.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задержан в порядке ст. 91 УПК РФ,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ему предъявлено обвинение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[пункт, 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По версии следствия, преступление совершено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[группой лиц по предварительному сговору / организованной группой]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совместно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также иными лицами, личность которых следствием не установлена. Мерой пресечения избрано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[заключение под стражу]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постановление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момент совершения инкриминируемого деяния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достиг возраста восемнадцати лет.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 окончании предварительного следствия обвиняемому и защитнику не объявлялось, протокол уведомления об окончании следственных действий (ч. 1 ст. 215 УПК РФ) не составлялся.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располагает сведениями о роли каждого участника преступления, об организаторе преступной схемы, о способе распределения полученных средств и о месте нахождения имущества, добытого в результате преступления. Часть этих сведений органу предварительного следствия не известна: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организатора / иного соучастника]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уголовной ответственности не привлечён, имущество, указанное ниже, не обнаружено и не арестовано.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Обвиняемый желает сотрудничать со следствием и заявляет настоящее ходатайство добровольно, после консультации с защитником. Он обязуется совершить следующие действия: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Дать подробные показания об обстоятельствах совершения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[пункт, 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РФ,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о способе его совершения, роли и конкретных действиях каждого соучастника, в том числе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организатора / иного соучастника]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 распределении между ними полученных денежных средств.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Подтвердить данные показания при проверке показаний на месте, на очных ставках с соучастниками и при предъявлении для опознания, если следователь признает проведение этих следственных действий необходимым.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Указать место нахождения имущества, добытого в результате преступления: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имущества: денежные средства на счёте в банке, транспортное средство, недвижимое имущество, оформленное на третье лицо]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принять участие в следственных действиях по его обнаружению и изъятию.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 известные ему сведения о преступлении, предусмотренном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[пункт, 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РФ, совершённом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участием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описание лиц]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 которому уголовное дело не возбуждено.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имеющиеся у него предметы и документы, подтверждающие сообщённые сведения: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[мобильный телефон с перепиской в мессенджере, записи, банковские 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Дать показания в отношении соучастников в судебном разбирательстве уголовного дела, по которому они привлекаются к уголовной ответственности.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ч. 1 ст. 317.1 УПК РФ ходатайство о заключении досудебного соглашения о сотрудничестве подаётся подозреваемым или обвиняемым в письменном виде на имя прокурора и подписывается также защитником. Настоящее ходатайство составлено в письменной форме, подписано обвиняемым и его защитником адвокатом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действующим по соглашению (ордер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Ходатайство может быть заявлено с момента начала уголовного преследования до объявления об окончании предварительного следствия (ч. 2 ст. 317.1 УПК РФ). Уголовное преследование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осуществляется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об окончании следственных действий ему не объявлено, следовательно, срок заявления ходатайства не истёк. Уголовное дело расследуется в форме предварительного следствия, что соответствует п. 3 постановления Пленума Верховного Суда РФ от 28.06.2012 № 16 «О практике применения судами особого порядка судебного разбирательства уголовных дел при заключении досудебного соглашения о сотрудничестве». На момент совершения преступления обвиняемый был совершеннолетним, поэтому ограничение, указанное в п. 4 того же постановления, к нему не относится.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ходатайстве указывается, какие действия лицо обязуется совершить в целях содействия следствию в раскрытии и расследовании преступления, изобличении и уголовном преследовании других соучастников преступления, розыске имущества, добытого в результате преступления (ч. 2 ст. 317.1 УПК РФ). Обязательства обвиняемого изложены конкретно и охватывают все три направления: изобличение соучастников (пункты 1, 2, 6), розыск имущества (пункт 3), раскрытие иного преступления (пункты 4, 5). Перечисленные действия соответствуют формам содействия, названным в абзаце третьем п. 16 постановления Пленума Верховного Суда РФ от 28.06.2012 № 16: дача показаний о соучастниках с указанием их роли, сообщение о других преступлениях, указание мест сокрытия похищенного имущества, выдача предметов и документов.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Содействие обвиняемого не ограничивается сведениями о его собственном участии в преступной деятельности и включает сведения, не известные органу предварительного расследования. Поэтому ситуация, при которой положения главы 40.1 УПК РФ не применяются (ч. 4 ст. 317.6 УПК РФ), отсутствует. Сообщение о преступлении, совершённом иными лицами, также имеет значение: прокурор вправе подтвердить содействие в изобличении участников иного преступления, совершённого без участия обвиняемого (п. 9.1 постановления Пленума Верховного Суда РФ от 28.06.2012 № 16).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Активное способствование раскрытию и расследованию преступления, изобличению и уголовному преследованию других соучастников преступления, розыску имущества, добытого в результате преступления, является смягчающим обстоятельством (п. «и» ч. 1 ст. 61 УК РФ). При заключении досудебного соглашения о сотрудничестве, наличии этого смягчающего обстоятельства и отсутствии отягчающих обстоятельств срок или размер наказания не может превышать половины максимального срока или размера наиболее строгого вида наказания (ч. 2 ст. 62 УК РФ). Смягчающие обстоятельства и нормы уголовного закона, которые могут быть применены при выполнении обязательств, указываются в соглашении (п. 7 ч. 2 ст. 317.3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Обвиняемому известно, что при отказе от дачи показаний в суде в отношении соучастников его показания могут быть использованы в качестве доказательств, а при умышленном сообщении ложных сведений или сокрытии существенных сведений приговор может быть пересмотрен (ч. 2.1 ст. 317.3, ст. 317.8 УПК РФ), а наказание назначено без применения ч. 2–4 ст. 62 и ст. 64 УК РФ (ст. 63.1 УК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представляется прокурору через следователя. Следователь в течение трёх суток с момента поступления ходатайства направляет его прокурору вместе с согласованным с руководителем следственного органа мотивированным постановлением о возбуждении перед прокурором ходатайства о заключении досудебного соглашения о сотрудничестве либо выносит постановление об отказе в удовлетворении ходатайства (ч. 3 ст. 317.1 УПК РФ). Прокурор рассматривает ходатайство в течение трёх суток с момента его поступления (ч. 1 ст. 317.2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317.1, 317.2, 317.3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Удовлетворить ходатайство и заключить с обвиняемым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досудебное соглашение о сотрудничестве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условиях выполнения обязательств, перечисленных в настоящем ходатайстве.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Указать в досудебном соглашении о сотрудничестве смягчающее обстоятельство, предусмотренное п. «и» ч. 1 ст. 61 УК РФ, и положения ч. 2 ст. 62 УК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Составить досудебное соглашение о сотрудничестве с участием обвиняемого и защитника адвоката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1 ст. 317.3 УПК РФ), о месте и времени его составления уведомить защитника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привлечении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качестве обвиняемого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Обвиняемый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Защитник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заключении досудебного соглашения о сотрудничестве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