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 по месту жительства осуждённого]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условно осуждённого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Орган, осуществляющий контроль за поведением условно осуждённого: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филиала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постановившего приговор]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отмене условного осуждения и снятии судимости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осуждён(а)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и размер наказания]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основании ст. 73 УК РФ наказание назначено условно с испытательным сроком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[продолжительность испытательного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осуждённого(ую) возложены обязанности: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обязанностей по приговору]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[удовлетворён гражданский иск потерпевшего 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взыскано в возмещение вреда]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Приговор провозглашён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провозглашения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вступил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вступления в законную силу]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поставлен(а) на учёт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филиала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постановки на учёт]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Испытательный срок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испытательного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половина испытательного срока истекла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истечения половины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подачи ходатайства прошло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испытательного срока.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время испытательного срока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возложенные судом обязанности исполнял(а) в полном объёме: являлся(лась) на регистрацию в установленные инспекцией дни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[периодичность явки]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место жительства и работы без уведомления инспекции не менял(а),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[исполнение иных обязанностей]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Письменных предупреждений по ч. 1 ст. 190 УИК РФ не получал(а), испытательный срок не продлевался, к административной ответственности за нарушение общественного порядка не привлекался(лась). Это подтверждается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филиала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Вред, причинённый преступлением, возмещён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[полностью / частично в размере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возмещения, даты и суммы платежей]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окончено постановлением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фактическим исполнением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[либо: остаток задолженности составляет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погашение продолжается по графику]. Потерпевший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претензий не имеет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 заявления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месту работы и месту жительства характеризуется положительно.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[Семейное положение, наличие иждивенцев, учёба, иные сведения о личности]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до истечения испытательного срока условно осуждённый своим поведением доказал своё исправление, возместил вред (полностью или частично), причинённый преступлением, в размере, определённом решением суда, суд может постановить об отмене условного осуждения и о снятии с осуждённого судимости. Условное осуждение может быть отменено по истечении не менее половины установленного испытательного срока (ч. 1 ст. 74 УК РФ). Вопрос об отмене условного осуждения рассматривается судом при исполнении приговора (п. 7 ст. 397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для обращения соблюдён. Испытательный срок исчисляется с момента вступления приговора в законную силу, в него засчитывается время, прошедшее со дня провозглашения приговора (ч. 3 ст. 73 УК РФ). С учётом провозглашения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провозглашения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половина испытательного срока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[продолжительность половины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истекла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истечения половины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Исправление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подтверждено поведением в течение всего испытательного срока: обязанности, возложенные приговором, исполнялись без нарушений, оснований для предупреждения по ч. 1 ст. 190 УИК РФ и для продления испытательного срока по ч. 2 ст. 74 УК РФ не возникало, осуждённый(ая) трудоустроен(а) и положительно характеризуется. Требование ч. 4 ст. 188 УИК РФ о возмещении вреда в размере, определённом решением суда, исполнено.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Вред, причинённый преступлением, возмещён в размере, определённом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[полностью / частично —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 Часть 1 ст. 74 УК РФ допускает отмену условного осуждения и при частичном возмещении вреда.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подаётся защитником без представления уголовно-исполнительной инспекции. Положения ч. 1 ст. 399 УПК РФ не ограничивают право осуждённого на обращение в суд с ходатайством об отмене условного осуждения и о снятии судимости (п. 7 ст. 397 УПК РФ, ч. 1 ст. 74 УК РФ) — п. 28 постановления Пленума Верховного Суда РФ от 20.12.2011 № 21 «О практике применения судами законодательства об исполнении приговора». Осуждённый может осуществлять свои права с помощью адвоката (ч. 4 ст. 399 УПК РФ), и вопросы, связанные с исполнением приговора, могут рассматриваться судом по ходатайству адвоката (п. 30 того же постановления). Отсутствие представления инспекции не является основанием для возврата ходатайства или отказа в его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Ходатайство подсудно суду по месту жительства осуждённого (ч. 4 ст. 396 УПК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относящемуся к территориальной юрисдикции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Вопрос разрешается судьёй единолично в судебном заседании (ч. 6 ст. 396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поведении условно осуждённого и исполнении им обязанностей находятся в личном деле, которое ведёт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филиала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 оказывает содействие в сборе сведений, которые не могут быть получены или истребованы осуждённым, его законным представителем или адвокатом (абз. 4 п. 32 постановления Пленума Верховного Суда РФ от 20.12.2011 № 21). В связи с этим защита просит истребовать из инспекции материалы, характеризующие поведение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испытательного срока, и вызвать в судебное заседание её представителя.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желает лично участвовать в судебном заседании. При наличии такого ходатайства суд обязан обеспечить непосредственное участие осуждённого в судебном заседании либо предоставить возможность изложить позицию путём использования систем видеоконференц-связи; ходатайство об участии может быть заявлено одновременно с ходатайством по вопросу исполнения приговора (ч. 2 ст. 399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Снятие судимости аннулирует все правовые последствия, предусмотренные УК РФ, связанные с судимостью (ч. 6 ст. 86 УК РФ).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снятие судимости до окончания испытательного срока имеет значение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[конкретная причина: трудоустройство, выезд, получение лицензии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 ст. 74, ч. 6 ст. 86 УК РФ, ч. 4 и 6 ст. 396, п. 7 ст. 397, ч. 2 и 4 ст. 399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условное осуждение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назначенное приговором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снять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судимость по этому приговору.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ходатайство с непосредственным участием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известив их о дате, времени и месте судебного заседания не позднее 14 суток до дня заседания.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филиала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сведения о поведении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испытательного срока и об исполнении возложенных обязанностей, вызвать в судебное заседание представителя инспекции.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постановления, вынесенного по результатам рассмотрения ходатайства, защитнику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филиала уголовно-исполнительной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постановке на учёт и исполнении обязанностей.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о возмещении вреда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судебного пристава-исполнителя об окончании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отсутствии претензий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с места работы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с места жительства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трудового договора (справка с места работы)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семейном положении и иждивенцах: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место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ходатайством согласен(на), прошу рассмотреть его с моим участием: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отмене условного осуждения и снятии судимости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