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(городской)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(по месту нахождения земельного участка)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3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обращении взыскания на земельный участок должника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Ответчик)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Истец)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Истцу выдан исполнительный лист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указанного исполнительного листа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-ИП. Срок для добровольного исполнения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Требования исполнительного документа Ответчиком не исполнены. Остаток задолженности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исполнительский сбор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справкой о движении денежных средств по депозитному счёту и сводкой по исполнительному производству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ходе исполнительного производства судебный пристав-исполнитель направил запросы в кредитные организации, налоговый орган, Социальный фонд России, Госавтоинспекцию, Росреестр и органы ЗАГС. По полученным ответам на счетах Ответчика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денежные средства отсутствуют; постановлениями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обращено взыскание на денежные средства на счетах,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списано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Транспортные средства за Ответчиком не зарегистрированы. Сведения о трудоустройстве и доходах Ответчика отсутствуют. При выходе по месту жительства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имущество, на которое может быть обращено взыскание, не обнаружено (акт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Иное имущество для исполнения требований Ответчик судебному приставу-исполнителю не указал.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выписке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Ответчику на праве собственности принадлежит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категория земель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вид разрешённого использования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Участок). Право собственности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Кадастровая стоимость Участка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Сведения о зданиях и сооружениях, расположенных на Участке, в ЕГРН отсутствуют; ограничения прав и обременения в виде ипотеки не зарегистрированы.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объявлен запрет на совершение регистрационных действий в отношении Участка. Актом о наложении ареста (описи имущества)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Участок арестован. При осмотре Участка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установлено, что строения на нём отсутствуют, Участок не используется Ответчиком для проживания (акт осмотра с фотоматериалами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Ответчик зарегистрирован и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Требования исполнительного документа не исполняются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 Обратить взыскание на Участок во внесудебном порядке судебный пристав-исполнитель не вправе, в связи с чем Истец обращается в суд.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Обращение взыскания на земельный участок по обязательствам его собственника допускается только на основании решения суда (ст. 278 ГК РФ). Такие дела рассматриваются в порядке искового производства с соблюдением правил исключительной подсудности; правом заявить требование обладают взыскатель и судебный пристав-исполнитель (п. 58 постановления Пленума Верховного Суда РФ от 17.11.2015 № 50 «О применении судами законодательства при рассмотрении некоторых вопросов, возникающих в ходе исполнительного производства», далее — Постановление № 50). Истец является взыскателем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 и вправе предъявить настоящий иск.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Иски о правах на земельные участки предъявляются в суд по месту нахождения этих объектов (ч. 1 ст. 30 ГПК РФ). Участок расположен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относится к территориальной подсудности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(городского) суда. Иск не относится к делам, подсудным мировому судье (ч. 1 ст. 23 ГПК РФ), и рассматривается районным судом (ст. 24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Взыскание на имущество должника обращается в первую очередь на его денежные средства (ч. 3 ст. 69 Федерального закона от 02.10.2007 № 229-ФЗ «Об исполнительном производстве», далее — Закон № 229-ФЗ). При отсутствии или недостаточности у должника денежных средств взыскание обращается на иное имущество, принадлежащее ему на праве собственности, за исключением имущества, изъятого из оборота, и имущества, на которое в соответствии с федеральным законом не может быть обращено взыскание (ч. 4 ст. 69 Закона № 229-ФЗ). Отсутствие у Ответчика денежных средств, доходов и иного имущества, достаточных для погашения долга, подтверждается ответами на запросы судебного пристава-исполнителя, актом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сводкой по исполнительному производству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Участок не относится к имуществу, на которое не может быть обращено взыскание. Абзацем третьим ч. 1 ст. 446 ГПК РФ установлен иммунитет для земельных участков, на которых расположено жилое помещение, являющееся для гражданина-должника и членов его семьи единственным пригодным для постоянного проживания. На Участке жилые помещения и иные объекты недвижимости отсутствуют, Ответчик проживает по другому адресу. Участок из оборота не изъят.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Запрет на отчуждение земельного участка без находящихся на нём здания, сооружения, принадлежащих одному лицу (п. 4 ст. 35 ЗК РФ), к Участку не применяется: здания и сооружения на нём отсутствуют,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актом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Обращение взыскания на Участок соответствует принципу соотносимости объёма требований взыскателя и мер принудительного исполнения (п. 5 ст. 4 Закона № 229-ФЗ). Денежные средства, оставшиеся после удовлетворения требований взыскателя, возвращаются должнику (ч. 6 ст. 110 Закона № 229-ФЗ). Судебная коллегия по гражданским делам Верховного Суда РФ в определении от 03.08.2021 № 18-КГ21-38-К4 указала, что реализация имущества должника, стоимость которого превышает размер долга, предполагает возвращение ему денежных средств, оставшихся после удовлетворения требований взыскателя, что не нарушает баланс интересов сторон и прав должника, и признала не соответствующими закону выводы судов о нарушении принципа соотносимости при обращении взыскания на земельный участок, стоимость которого превышает размер задолженности. В том же определении отмечено, что должник вправе указать имущество, на которое он просит обратить взыскание в первую очередь (ч. 5 ст. 69 Закона № 229-ФЗ); Ответчик таким правом не воспользовался.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принятия решения суда об обращении взыскания на земельный участок его оценка осуществляется судебным приставом-исполнителем по правилам ст. 85 Закона № 229-ФЗ (абз. 4 п. 58 Постановления № 50). В связи с этим Истец не заявляет требование об установлении начальной продажной цены Участка.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по делу может повлиять на права и обязанности судебного пристава-исполнителя, в производстве которого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-ИП, в связи с чем он указан в качестве третьего лица, не заявляющего самостоятельных требований относительно предмета спора (ч. 1 ст. 43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278 ГК РФ, ст. 69 Закона № 229-ФЗ, ст. 30, 98, 131, 132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Обратить взыскание на принадлежащий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праве собственности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категория земель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вид разрешённого использования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счёт исполнения требований исполнительного документа — исполнительного листа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3 000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истца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искового заявления и приложенных к нему документов ответчику и третьему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исполнительного листа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Сводка по исполнительному производству и справка о движении денежных средств по депозитному счёту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ответов на запросы судебного пристава-исполнителя в кредитные организации, налоговый орган, СФР, Госавтоинспекцию, Росреестр.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запрете на совершение регистрационных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акта о наложении ареста (описи имущества)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об объекте недвижимости (Участок)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осмотра Участка с фотоматериалами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обращении взыскания на земельный участок должника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