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Лист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листа]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листов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многофункционального центра предоставления государственных и муниципальных услуг, в который подаётся запрос]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передачи в публично-правовую компанию «Роскадастр»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конкурсный управляющий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 банкротстве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корреспонденции]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ЗАПРОС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сведений, содержащихся в Едином государственном реестре недвижимости, об объектах недвижимости и (или) их правообладателях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Запрос составлен по форме приложения № 2 к Порядку предоставления сведений, содержащихся в Едином государственном реестре недвижимости, утверждённому приказом Росреестра от 08.04.2021 № П/0149 (далее — Порядок). Строки формы, не относящиеся к запросу, исключены, нумерация реквизитов сохранена (п. 53 Порядка). Сведения запрашиваются безвозмездно (п. 5 ч. 1 ст. 63 Федерального закона от 13.07.2015 № 218-ФЗ «О государственной регистрации недвижимости», далее — Закон № 218-ФЗ).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Запрос о предоставлении сведений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1.1. Прошу предоставить сведения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Правообладатели, в отношении которых запрашиваются сведения: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1) юридическое лицо — должник: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местонахождения: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предыдущее 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[предыдущее наименование, если менялось без реорганизации]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2) физическое лицо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руководителя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предыдущие 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предыдущий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3) физическое лицо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предыдущие 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предыдущий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виде выписки из Единого государственного реестра недвижимости о правах отдельного лица на имевшиеся (имеющиеся) у него объекты недвижимости: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Вид(ы) объекта(ов): земельные участки, здания, сооружения, помещения, машино-места, объекты незавершённого строительства, единые недвижимые комплексы.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территории: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дату выдачи выписки.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прошу подготовить отдельно в отношении каждого указанного правообладателя (абз. 3 п. 34 Порядка).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1.2. Форма предоставления сведений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виде электронного документа.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1.3. Способ получения сведений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адресу электронной почты в виде ссылки на электронный документ: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Регистрационные отметки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2.1–2.5 (регистрационный номер, количество листов запроса, количество прилагаемых документов и листов в них, Ф.И.О. и подпись, дата) заполняются специалистом, осуществляющим приём запроса.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Сведения о заявителе (арбитражном управляющем)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удостоверяющий личность: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 или места пребывания: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4 и 5 не заполняются: заявитель — арбитражный управляющий, запрос подаётся им лично.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Документы, прилагаемые к запросу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судебного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утверждении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конкурсным управляющим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(подп. 2 п. 49, подп. 8 п. 58 Порядка),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несостоятельным (банкротом) и об открытии конкурсного производства,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Единого государственного реестра юридических лиц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представляемая по инициативе заявителя (подп. 7 п. 58 Порядка),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Согласие на участие в опросе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заполняется (участие в опросе добровольное, п. 59 Порядка).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Согласие на обработку персональных данных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 своё согласие, а также согласие представляемого мною лица на обработку персональных данных (фамилия, имя, отчество; данные документа, удостоверяющего личность; СНИЛС; адрес электронной почты; номер телефона; почтовый адрес; реквизиты документа, подтверждающего полномочия) публично-правовой компанией «Роскадастр» в целях предоставления государственной услуги.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Подпись и иная информация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подтверждаю: сведения, включённые в запрос, достоверны; документы (копии документов), приложенные к запросу, соответствуют требованиям законодательства Российской Федерации, на момент представления запроса действительны и содержат достоверные сведения.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Заявитель обладает правом на получение сведений, предусмотренных частью 13 статьи 62 Закона № 218-ФЗ, и на их безвозмездное предоставление в соответствии со статьёй 63 Закона № 218-ФЗ. Основание запроса сведений: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признано несостоятельным (банкротом), открыто конкурсное производство;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судебного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конкурсным управляющим утверждён(а)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руководителя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являлся(ась) единоличным исполнительным органом должника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(являлся(ась)) участником должника с долей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Указанные лица относятся к лицам, входящим в состав органов управления должника, и к контролирующим должника лицам (подп. 1 и 2 п. 4 ст. 61.10 Федерального закона от 26.10.2002 № 127-ФЗ «О несостоятельности (банкротстве)», далее — Закон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управляющий вправе запрашивать необходимые сведения о должнике, о лицах, входящих в состав органов управления должника, о контролирующих должника лицах и о принадлежащем им имуществе у государственных органов без предварительного обращения в арбитражный суд; запрошенные сведения представляются в течение семи дней со дня получения запроса без взимания платы (абз. 7 и 10 п. 1 ст. 20.3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правах отдельного лица на имеющиеся или имевшиеся у него объекты недвижимости предоставляются арбитражному управляющему, конкурсному управляющему в отношении объектов недвижимости, принадлежащих (принадлежавших) должнику, лицам, входящим в состав органов управления должника, контролирующим должника лицам, если сведения необходимы для осуществления полномочий в деле о банкротстве (п. 8 ч. 13 ст. 62 Закона № 218-ФЗ). Такие сведения предоставляются бесплатно (п. 5 ч. 1 ст. 63 Закона № 218-ФЗ).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необходимы для выявления имущества должника и включения его в конкурсную массу, анализа сделок должника по отчуждению недвижимого имущества на предмет их оспаривания по ст. 61.2 и 61.3 Закона о банкротстве, а также для оценки имущественного положения контролирующих должника лиц в целях подготовки заявления о привлечении их к ответственности и ходатайства о принятии обеспечительных мер.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Положение нормативного правового акта: п. 8 ч. 13 ст. 62, п. 5 ч. 1 ст. 63 Закона № 218-ФЗ; абз. 7 и 10 п. 1 ст. 20.3 Закона о банкротстве; подп. 7 п. 42, п. 46, подп. 2 п. 49 Порядка.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арбитражного управляющего]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10. Подлинность подписи заявителя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заполняется: запрос представляется заявителем лично в многофункциональный центр (п. 42 Порядка).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11–12. Отметка принявшего запрос специалиста и примечание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Заполняются специалистом, осуществляющим приём запроса.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арбитражного управляющего о предоставлении сведений ЕГРН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