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 окончании ознакомления с материалами уголовного дела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РФ: согласно постановлению о привлечении в качестве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ему вменяется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существа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Вину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признаёт и показывает,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позиции защиты]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следователь уведомил обвиняемого и защитника об окончании следственных действий (ст. 215 УПК РФ).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обвиняемый и защитник совместно ознакомились с материалами уголовного дела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томах, а также с вещественными доказательствами и приложениями к протоколам следственных действий (ч. 1 ст. 217 УПК РФ). Ознакомление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ознакомления установлено следующее.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на которых основана позиция защиты, следствием не проверены. Свидетели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могут подтвердить,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подтверждающее позицию защиты]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лица в ходе предварительного следствия не допрашивались, хотя сведения о них обвиняемый сообщил на допросе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Их 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обвиняемого и свидетеля обвинения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содержат существенные противоречия относительно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противоречий]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свидетель на допросе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показаний]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обвиняемый показал,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показаний]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Очная ставка между ними не проводилась.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Обвинение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установленное экспертизой]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основано на заключении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Выводы эксперта вызывают сомнения в обоснованности: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недостатки: не исследован объект, не применена методика, выводы не следуют из исследовательской части, эксперт вышел за пределы специальных познаний]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постановлением о назначении экспертизы обвиняемый и защитник ознакомлены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после производства экспертизы, что лишило защиту возможности заявить отвод эксперту и поставить свои вопросы (п. 2, 4 ч. 1 ст. 198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Защитником получено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[специальность, стаж, учёная степень]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вопросам, поставленным стороной защиты. Специалист пришёл к выводу,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[выводы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Заключение специалиста к материалам дела не приобщено.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составлен с нарушением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[норма УПК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состоит нарушение]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доказательство подлежит исключению как недопустимое (ч. 3 ст. 7, ст. 75 УПК РФ). Обвиняемый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ходатайствует о проведении предварительного слушания для рассмотрения ходатайства об исключении этого доказательства.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окончании ознакомления обвиняемого и его защитника с материалами уголовного дела следователь выясняет, какие у них имеются ходатайства или иные заявления, а также какие свидетели, эксперты, специалисты подлежат вызову в судебное заседание для допроса и подтверждения позиции стороны защиты (ч. 4 ст. 217 УПК РФ). Заявленные ходатайства указываются в протоколе ознакомления с материалами уголовного дела (ч. 1 ст. 218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Обвиняемому и его защитнику не может быть отказано в допросе свидетелей, производстве судебной экспертизы и других следственных действий, если обстоятельства, об установлении которых они ходатайствуют, имеют значение для уголовного дела (ч. 2 ст. 159 УПК РФ). Показания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относятся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входит в предмет доказывания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Существенные противоречия в показаниях ранее допрошенных лиц являются основанием для проведения очной ставки (ч. 1 ст. 192 УПК РФ). Противоречия между показаниями обвиняемого и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противоречий]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обстоятельства, имеющего значение для квалификации деяния.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возникновения сомнений в обоснованности заключения эксперта может быть назначена повторная экспертиза, производство которой поручается другому эксперту (ч. 2 ст. 207 УПК РФ). При назначении и производстве экспертизы обвиняемый и защитник вправе знакомиться с постановлением о назначении экспертизы, заявлять отвод эксперту или ходатайствовать о производстве экспертизы в другом экспертном учреждении, ходатайствовать о внесении в постановление дополнительных вопросов эксперту (п. 1, 2, 4 ч. 1 ст. 198 УПК РФ). Эти права были нарушены несвоевременным ознакомлением с постановлением о назначении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собирать доказательства путём получения предметов, документов и иных сведений, а также привлекать специалиста (п. 2, 3 ч. 1 ст. 53, ч. 3 ст. 86 УПК РФ). Заключение специалиста является доказательством (п. 3.1 ч. 2 ст. 74, ч. 3 ст. 80 УПК РФ). Обвиняемому и его защитнику не может быть отказано в приобщении к материалам уголовного дела доказательств, в том числе заключений специалистов, если обстоятельства, об установлении которых они ходатайствуют, имеют значение для уголовного дела и подтверждаются этими доказательствами (ч. 2.2 ст. 159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Защитнику не может быть отказано в участии в следственных действиях, производимых по его ходатайству либо по ходатайству обвиняемого, за исключением случая, предусмотренного ч. 3 ст. 11 УПК РФ (ч. 2.1 ст. 159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удовлетворения ходатайства следователь дополняет материалы уголовного дела, а по окончании дополнительных следственных действий уведомляет об этом обвиняемого и защитника и предоставляет им возможность ознакомиться с дополнительными материалами (ч. 1, 2 ст. 219 УПК РФ). В случае полного или частичного отказа следователь выносит постановление, которое доводится до сведения заявителя, с разъяснением порядка его обжалования (ч. 3 ст. 219, ч. 3 ст. 159 УПК РФ). Постановление должно быть мотивированным (ч. 4 ст. 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обвинительном заключении указывается перечень доказательств, на которые ссылается сторона защиты, и краткое изложение их содержания (п. 6 ч. 1 ст. 220 УПК РФ). К обвинительному заключению прилагается список подлежащих вызову в судебное заседание лиц со стороны обвинения и защиты (ч. 4 ст. 220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 разъясняет обвиняемому право ходатайствовать о проведении предварительного слушания в случаях, предусмотренных ст. 229 УПК РФ (п. 3 ч. 5 ст. 217 УПК РФ). Предварительное слушание проводится при наличии ходатайства стороны об исключении доказательства (п. 1 ч. 2 ст. 229 УПК РФ). Если в ходатайстве не содержится мотивов и оснований для проведения предварительного слушания, судья при отсутствии таких оснований отказывает в его удовлетворении (абз. 1 п. 7 постановления Пленума Верховного Суда РФ от 22.12.2009 № 28 «О применении судами норм уголовно-процессуального законодательства, регулирующих подготовку уголовного дела к судебному разбирательству»). Основание для исключения доказательства изложено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и разрешению непосредственно после его заявления, а если немедленное принятие решения невозможно, оно должно быть разрешено не позднее 3 суток со дня его заявления (ст. 121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2, 2.1, 2.2 ст. 159, ч. 4, п. 3 ч. 5 ст. 217, ст. 219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Допросить в качестве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 обстоятельствах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допроса]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очную ставку между обвиняемым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свидетелем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устранения противоречий в их показаниях относительно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противоречий]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повторную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судебную экспертизу, поручив её производство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поставить перед экспертом вопросы: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уголовного дела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 о его квалификации.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участие защитника в следственных действиях, производимых по настоящему ходатайству, с заблаговременным уведомлением о дате, времени и месте их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окончании дополнительных следственных действий предоставить обвиняемому и защитнику возможность ознакомиться с дополнительными материалами уголовного дела (ч. 2 ст. 219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Включить в список лиц, подлежащих вызову в судебное заседание со стороны защиты: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допроса по заключению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Указать в обвинительном заключении в перечне доказательств, на которые ссылается сторона защиты: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 защиты с указанием томов и листов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Отразить в протоколе ознакомления с материалами уголовного дела настоящее ходатайство и ходатайство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проведении предварительного слушания для рассмотрения ходатайства об исключении доказательства — протокола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ходатайства уведомить защитника и обвиняемого в срок, установленный ст. 121 УПК РФ; в случае полного или частичного отказа вынести постановление и вручить его копию защитнику (ч. 3 ст. 219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копиями документов о его квалификации.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месте жительства и контактных данных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вопросов для повторной судебной экспертизы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 окончании ознакомления с материалами уголовного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