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районного (городского) суда]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или наименование ответчика]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гражданское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ХОДАТАЙСТВО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отмене определения об оставлении искового заявления без рассмотрения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производстве суда находилось гражданское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моему иску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или 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[предмет иска]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принятому к производству определением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Определением суда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исковое заявление оставлено без рассмотрения на основании абзаца восьмого статьи 222 ГПК РФ: суд указал, что истец, не просивший о разбирательстве дела в его отсутствие, не явился в судебные заседания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первого заседания]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второго заседания]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 ответчик не требует рассмотрения дела по существу. Копию определения я получил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[способ получения: в канцелярии суда, почтовым отправлением, через ЕПГУ]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Неявка в оба судебных заседания вызвана уважительными причинами, сообщить о которых суду я не мог.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 судебном заседании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первого заседания]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извещён не был. Судебное извещение направлено мне почтовым отправлением с почтовым идентификатором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 отчёту об отслеживании отправления с официального сайта АО «Почта России» отправление поступило в место вручения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попытка вручения не производилась, извещение о поступлении отправления в почтовый ящик не опускалось, отправление возвращено отправителю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отметкой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[отметка]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обратился в АО «Почта России» с жалобой на недоставку извещения; в ответе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[содержание ответа: подтверждено нарушение порядка доставки, почтальон не совершил попытку вручения]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Иными способами — телефонограммой, СМС-сообщением, по электронной почте, через ЕПГУ — о заседании я не извещался, сведений об этом в деле нет.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 судебном заседании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второго заседания]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узнал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[из какого источника: из СМС-сообщения суда, с сайта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однако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[дата, 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был экстренно госпитализирован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диагнозом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[диагноз или формулировка по выписке]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находился в отделении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отделения: реанимации и интенсивной терапии, хирургическом отделении]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состоянии, исключавшем возможность самостоятельно связаться с судом. Это подтверждается выпиской из медицинской карты стационарного больного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справкой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периоде нахождения в отделении. Представителя по делу у меня не было, сообщить суду о причине неявки от моего имени было некому.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После выписки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ознакомился с материалами дела и получил копию определения, 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подаю настоящее ходатайство.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Суд по ходатайству истца или ответчика отменяет своё определение об оставлении заявления без рассмотрения по основаниям, указанным в абзацах седьмом и восьмом статьи 222 ГПК РФ, если истец или ответчик представит доказательства, подтверждающие уважительность причин неявки в судебное заседание и невозможности сообщения о них суду (ч. 3 ст. 223 ГПК РФ). Иск оставлен без рассмотрения по абзацу восьмому статьи 222 ГПК РФ, поэтому определение может быть отменено судом, который его вынес. Доказательства обоих условий приложены к ходатайству.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Лица, участвующие в деле, извещаются способами, обеспечивающими фиксирование судебного извещения и его вручение адресату (ч. 1 ст. 113 ГПК РФ). Лицо считается извещённым надлежащим образом, если к началу судебного заседания суд располагает сведениями о получении адресатом судебного извещения или иными доказательствами заблаговременного получения информации о начавшемся процессе (ч. 1 ст. 117 ГПК РФ). Статья 165.1 ГК РФ применяется к судебным извещениям, если процессуальным законодательством не предусмотрено иное; сообщение считается доставленным, если оно не было вручено адресату по обстоятельствам, зависящим от него (п. 1 ст. 165.1 ГК РФ, п. 67, 68 постановления Пленума Верховного Суда РФ от 23.06.2015 № 25). Извещение на заседание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первого заседания]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вручено мне по причине, от меня не зависящей: попытка вручения не производилась, что подтверждается отчётом об отслеживании и ответом АО «Почта России». Не зная о заседании, я не мог ни явиться, ни сообщить суду о причинах неявки.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Поскольку о первом заседании я надлежащим образом извещён не был, неявка в него не может учитываться как неявка по вызову суда. Условие абзаца восьмого статьи 222 ГПК РФ о неявке истца по вторичному вызову в этом случае не выполнено.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Лица, участвующие в деле, обязаны известить суд о причинах неявки и представить доказательства уважительности этих причин (ч. 1 ст. 167 ГПК РФ). Исполнить эту обязанность в отношении заседания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второго заседания]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не мог: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[дата, 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находился на стационарном лечении после экстренной госпитализации, в том числе в отделении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в состоянии, исключавшем возможность связаться с судом. Медицинские документы подтверждают и причину неявки, и невозможность сообщить о ней.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ГПК РФ не устанавливает срок для подачи ходатайства по ч. 3 ст. 223 ГПК РФ. Ходатайство подано 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 после выписки из стационара и получения копии определения, без промедления.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Ходатайства лиц, участвующих в деле, разрешаются определением суда после заслушивания мнений других лиц, участвующих в деле (ст. 166 ГПК РФ). Прошу известить меня о времени и месте рассмотрения ходатайства, если оно будет рассматриваться в судебном заседании,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 электронной почте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(ч. 1 ст. 113 ГПК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ч. 1 ст. 35, ст. 166, ч. 3 ст. 223 ГПК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Отменить определение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оставлении без рассмотрения искового заявления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или 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[предмет иска]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гражданскому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Продолжить рассмотрение дела по существу, назначить судебное заседание и известить о нём лиц, участвующих в деле.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Приобщить к материалам дела документы, подтверждающие уважительность причин неявки в судебные заседания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первого заседания]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второго заседания]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невозможность сообщения о них суду.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определения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оставлении искового заявления без рассмотрения.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Отчёт об отслеживании почтового отправления с почтовым идентификатором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жалобы в АО «Почта России»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ответа на неё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из медицинской карты стационарного больного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Справка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периоде нахождения в отделении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Документ, подтверждающий направление копии ходатайства с приложениями ответчику.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отмене определения об оставлении иска без рассмотрения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