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направлении судебного поручения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возмещение расходов на устранение недостатков работ, выполненных по договору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(ст. 723 ГК РФ). Предмет договора — строительство жилого дома на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объекта: населённый пункт, район, 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Дело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ссылается на то, что после подписания акта приёмки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выявлены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недостатков, например: трещины в ленточном фундаменте по осям [обозначение]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отсутствие утеплителя в перекрытии второго этажа, протечки кровли в местах примыкания к дымоходу]. В подтверждение представлены фотографии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Ответчик в отзыве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отрицает наличие недостатков, оспаривает достоверность фотографий и утверждает,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[позиция ответчика, например: дефекты возникли в результате эксплуатации дома истцом]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Жилой дом находится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расстоянии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 от места рассмотрения дела, на территории, относящейся к юрисдикции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Доставить объект недвижимости в суд невозможно. Его осмотр требует непосредственного восприятия судом состояния конструкций и не может быть заменён видеоконференц-связью.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приёмке работ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присутствовал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инженер технического надзора, привлечённый истцом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Он лично зафиксировал замечания к фундаменту и кровле и обсуждал их с прорабом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прораба]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том же районе, где расположен объект.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находится на лечении по месту жительства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заболевания или операции]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может явиться ни в суд, рассматривающий дело, ни в суд по месту жительства для участия в заседании путём видеоконференц-связи,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Технической возможности участвовать в заседании путём веб-конференции у свидетеля нет: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например: отсутствие подтверждённой учётной записи на портале госуслуг и доступа к сети Интернет по месту лечения]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Суд, рассматривающий дело, при необходимости получения доказательств, находящихся в другом городе или районе, поручает соответствующему суду произвести определённые процессуальные действия (ч. 1 ст. 62 ГПК РФ). Направление судебных поручений входит в число действий судьи при подготовке дела к судебному разбирательству (п. 11 ч. 1 ст. 150 ГПК РФ). Объект осмотра и свидетель находятся в другом районе другого субъекта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Пленум Верховного Суда РФ разъяснил, что судебное поручение может быть направлено в соответствующий суд только в случаях, когда относящиеся к делу доказательства находятся в другом городе или районе и по каким-либо причинам не могут быть представлены в суд, рассматривающий дело. Другому суду может быть поручено лишь совершение определённых процессуальных действий, опрос сторон и третьих лиц, допрос свидетелей, осмотр и исследование письменных или вещественных доказательств. Письменные или вещественные доказательства, которые могут быть представлены сторонами или по их просьбе истребованы судом, рассматривающим дело, этим способом собираться не могут (абзацы первый и второй п. 52 постановления Пленума Верховного Суда РФ от 21.05.2026 № 15 «О подготовке гражданских дел к судебному разбирательству»). Испрашиваемые доказательства этим условиям отвечают: недвижимость не может быть представлена или истребована (ч. 2 ст. 57 ГПК РФ), а показания свидетеля могут быть получены только путём его допроса.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и вещественные доказательства, которые невозможно или затруднительно доставить в суд, осматриваются и исследуются по месту их нахождения (ч. 1 ст. 58, ч. 1 ст. 184 ГПК РФ). При осмотре могут быть вызваны специалисты, осуществлены фотографирование, аудио- и видеозапись (ч. 2 ст. 58 ГПК РФ), а суд может привлечь специалиста для консультаций и технической помощи (ч. 1 ст. 188 ГПК РФ). Истец обеспечит явку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[квалификация]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 месту осмотра.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Свидетель может быть допрошен судом в месте своего пребывания, если он вследствие болезни или других уважительных причин не в состоянии явиться по вызову суда (ч. 1 ст. 70 ГПК РФ). Участие свидетеля путём видеоконференц-связи требует его явки в суд, система которого используется (ч. 2 ст. 155.1 ГПК РФ), а участие путём веб-конференции — технической возможности (ч. 1 ст. 155.2 ГПК РФ). В силу состояния здоровья свидетеля ни один из этих способов неприменим.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свидетеле и обстоятельства, которые он может подтвердить, указаны в настоящем ходатайстве (ч. 2 ст. 69 ГПК РФ). Каждая сторона должна доказать обстоятельства, на которые она ссылается (ч. 1 ст. 56 ГПК РФ). Без осмотра объекта и допроса свидетеля истец лишён возможности опровергнуть довод ответчика о возникновении недостатков в ходе эксплуатации.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определении о судебном поручении кратко излагается содержание дела, указываются сведения о сторонах и месте их проживания или нахождения, обстоятельства, подлежащие выяснению, и доказательства, которые должен собрать суд, выполняющий поручение. Определение обязательно для суда, которому адресовано, и выполняется в течение месяца со дня его получения (ч. 2 ст. 62 ГПК РФ). Поручение выполняется в судебном заседании с извещением лиц, участвующих в деле (ч. 1 ст. 63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время выполнения судебного поручения производство по делу может быть приостановлено (ч. 3 ст. 62, ст. 216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Истец не отказывается от ходатайства о назначении судебной строительно-технической экспертизы. Протокол осмотра позволит определить объекты исследования и сформулировать вопросы эксперту.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Обстоятельства, подлежащие выяснению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осмотре жилого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Наличие, расположение и характер трещин в фундаменте по осям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[обозначение]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их ширина и протяжённость.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Наличие и толщина утеплителя в перекрытии второго этажа в местах вскрытия, указанных специалистом.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Наличие следов протечек кровли в местах примыкания к дымоходу и состояние гидроизоляции.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Соответствие фактически выполненных конструкций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проектной документации или сметы]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позициям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позиций]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Вопросы свидетелю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каком основании и в каком качестве вы присутствовали при приёмке работ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Какие недостатки фундамента, перекрытия и кровли вы выявили при приёмке и каким образом их зафиксировали?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Сообщали ли вы о замечаниях представителям ответчика, кому именно, когда и что они ответили?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Обещал ли ответчик устранить замечания, в какой срок и были ли они устранены?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Имелись ли на дату приёмки признаки эксплуатации дома (проживание, отопление, нагрузки на перекрытия)?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58, 62, 63, 70, 150, 166, 184, 216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судебное поручение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и поручить ему: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а) осмотреть и исследовать по месту нахождения жилой дом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извещением лиц, участвующих в деле, с привлечением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фотографированием и видеозаписью для выяснения обстоятельств, указанных в настоящем ходатайстве;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б) допросить в качестве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 месту его пребывания по вопросам, указанным в настоящем ходатайстве.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Приостановить производство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время выполнения судебного поручения.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Известить истца и его представителя о времени и месте выполнения судебного поручения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с инженером технического надзора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свидетеля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квалификации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его письменное согласие на участие в осмотре.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ходатайства ответчику.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направлении судебного поручения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