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Председательствующему 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вызове и допросе эксперта в судебном заседании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предварительного расследования постановлением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назначена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судебная экспертиза. Её производство поручено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приведено в обвинительном заключении в числе доказательств, на которые ссылается сторона обвинения, в подтверждение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которое обвинение доказывает заключением: например, размер ущерба, механизм образования повреждений, принадлежность подписи]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Выводы эксперта и исследовательская часть заключения содержат неясности и неполноту, которые не позволяют суду проверить и оценить заключение без разъяснений самого эксперта: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раскрыта методика исследования: в заключении указано,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[цитата или краткое изложение]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не названы применённые методы и методические рекомендации, не описан ход их применения к объектам (лист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 по вопросу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сформулирован в вероятной форме: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вывода]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при этом в исследовательской части не указано, какие признаки и по каким критериям эксперт счёл достаточными для такого вывода (лист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Эксперт исследовал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[объекты, документы, образцы]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из заключения не следует, какие именно материалы были ему представлены, каким образом отобраны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[образцы]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учтены ли сведения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 эксперта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вывода]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расходится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другого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и в заключении это расхождение не объяснено.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Защитой с участием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[специальность, квалификация]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получено заключение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вопросам методики и обоснованности выводов эксперта. Специалист указал,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замечаний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 учётом этих замечаний защитой составлен перечень вопросов эксперту, который прилагается к ходатайству.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Разъяснение названных неясностей необходимо для оценки заключения с точки зрения относимости, допустимости и достоверности и относится к обстоятельствам, подлежащим доказыванию по делу: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ходатайству сторон или по собственной инициативе суд вправе вызвать для допроса эксперта, давшего заключение в ходе предварительного расследования, для разъяснения или дополнения данного им заключения (ч. 1 ст. 282 УПК РФ). Заключение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дано в ходе предварительного расследования и содержит неясности, перечисленные в пунктах 1–4 настоящего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Показания эксперта — это сведения, сообщённые им на допросе, проведённом после получения его заключения, в целях разъяснения или уточнения данного заключения в соответствии со ст. 205 и 282 УПК РФ (ч. 2 ст. 80 УПК РФ). Заключение и показания эксперта допускаются в качестве доказательств (п. 3 ч. 2 ст. 74 УПК РФ) и, как все доказательства, подлежат непосредственному исследованию в судебном заседании (ч. 1 ст. 240 УПК РФ; п. 18 постановления Пленума Верховного Суда РФ от 21.12.2010 № 28 «О судебной экспертизе по уголовным делам»).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Пленум Верховного Суда РФ разъяснил, что в случае необходимости в судебном заседании может быть допрошен эксперт, давший заключение в ходе предварительного расследования, для разъяснения или уточнения своего заключения (абз. 2 п. 15 постановления Пленума Верховного Суда РФ от 19.12.2017 № 51). Недостаточная ясность заключения, являющаяся основанием для дополнительной экспертизы, определяется как невозможность уяснения терминологии, методики исследования, смысла и значения выявленных признаков и критериев их оценки, которую невозможно устранить путём допроса эксперта в судебном заседании (абз. 2 п. 13 постановления Пленума № 28). Допрос эксперта, таким образом, является первым способом проверки заключения, которое вызывает сомнения.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оглашения заключения эксперту могут быть заданы вопросы сторонами; первой задаёт вопросы сторона, по инициативе которой была назначена экспертиза (ч. 2 ст. 282 УПК РФ). При необходимости суд вправе предоставить эксперту время, необходимое для подготовки ответов на вопросы суда и сторон (ч. 3 ст. 282 УПК РФ). Вопросы о методике и об исследованных объектах требуют обращения к материалам экспертного производства, поэтому защита просит предоставить эксперту такое время и заблаговременно ознакомить его с перечнем вопросов.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Эксперт не вправе уклоняться от явки по вызову в суд (п. 6 ч. 4 ст. 57 УПК РФ). Председательствующий разъясняет эксперту его права и ответственность, предусмотренные ст. 57 УПК РФ, о чём эксперт даёт подписку (ст. 269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заявлять ходатайства (п. 8 ч. 1 ст. 53 УПК РФ), собирать и представлять доказательства в порядке ч. 3 ст. 86 УПК РФ и привлекать специалиста (п. 2, 3 ч. 1 ст. 53 УПК РФ). Заключение специалиста допускается в качестве доказательства (п. 3.1 ч. 2 ст. 74, ч. 3 ст. 80 УПК РФ). В судебном заседании стороны обвинения и защиты пользуются равными правами на заявление ходатайств, представление доказательств и участие в их исследовании (ст. 244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может быть заявлено в любой момент производства по уголовному делу (ч. 1 ст. 120 УПК РФ). Ходатайства о вызове экспертов, заявленные в подготовительной части судебного заседания, разрешаются непосредственно после их заявления и обсуждения (ч. 1 ст. 271 УПК РФ; п. 5 постановления Пленума № 51). Суд, выслушав мнения участников судебного разбирательства, рассматривает ходатайство и удовлетворяет его либо выносит определение или постановление об отказе в его удовлетворении (ч. 2 ст. 271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Допрос эксперта не заменяет производство экспертизы, если для неё имеются основания: допрос эксперта вместо производства дополнительной или повторной экспертизы, для назначения которой имеются основания, не допускается (абз. 2 п. 15 постановления Пленума № 51; абз. 4 п. 17 постановления Пленума № 28). Если по результатам допроса неясность или неполнота заключения не будут устранены, а противоречия не будут преодолены, защита оставляет за собой право заявить ходатайство о назначении дополнительной или повторной судебной экспертизы (ч. 1, 2 ст. 207, ч. 4 ст. 283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74, 80, 120, 244, 271, 282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для допроса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экспертного учреждения,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давшего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для разъяснения и дополнения данного им заключения.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эксперту время, необходимое для подготовки ответов на вопросы, и направить ему перечень вопросов защиты, приложенный к настоящему ходатайству.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Предложить эксперту представить в судебное заседание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[материалы, необходимые для ответов: например, фотоиллюстрации, расчёты, сведения о применённом оборудовании и методиках]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которые он ссылается в заключении.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уголовного дела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вопросов защиты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квалификации специалиста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Перечень вопросов защиты эксперту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 эксперта]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(к заключению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Какие методы и методические рекомендации применены при исследовании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[объект]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 Почему выбраны именно они и как они применены к каждому объекту?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каких выявленных признаков и по каким критериям сделан вывод по вопросу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 Почему вывод сформулирован в вероятной форме и что необходимо для категорического вывода?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Какие материалы и объекты были фактически представлены для исследования, в каком состоянии и упаковке они поступили? Были ли исследованы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[материалы, указанные в пункте 3 ходатайства]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Чем объясняется расхождение вывода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вывода]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сведениями, содержащимися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[другое доказательство]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 Влияют ли эти сведения на вывод?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Каким оборудованием и программным обеспечением выполнено исследование, проходило ли оборудование поверку на дату исследования?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 вы оцениваете замечания, изложенные в заключении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пунктам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и допросе эксперта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