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Начальнику отделения — старшему судебному приставу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взыскателя: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отводе судебного пристава-исполнителя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отделении судебных приставов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 взыскании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Исполнительное производство ведёт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взыскателю стало известно, что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состоит в свойстве с представителем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действующим по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связи, например: супруга представителя должника является родной сестрой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 этом взыскатель узнал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сведений, например: ответа на адвокатский запрос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публикаций на странице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социальной сети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Представитель должника участвует в исполнительном производстве: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[действия представителя, например: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подал заявление об отложении исполнительных действий,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присутствовал при составлении акта о совершении исполнительных действий].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Обстоятельства ведения исполнительного производства подтверждают заинтересованность судебного пристава-исполнителя в его исходе в пользу должника: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Заявление взыскателя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розыске имущества должника и об аресте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рассмотрено, постановление по нему взыскателю не направлено.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Арест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сведения о котором поступили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не наложен, после чего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собственности на это имущество перешло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наименование приобретателя]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Исполнительные действия откладывались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 по заявлениям представителя должника: постановлениями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обстоятельства, например: акт о невозможности взыскания составлен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без выхода по месту жительства должника].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момента возбуждения исполнительного производства прошло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месяцев,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Самоотвод судебный пристав-исполнитель не заявил.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Судебный пристав-исполнитель не может участвовать в исполнительном производстве и подлежит отводу, если он состоит в родстве или свойстве со сторонами исполнительного производства, их представителями или другими лицами, участвующими в исполнительном производстве, либо заинтересован в исходе исполнительного производства (ч. 1 ст. 63 Федерального закона от 02.10.2007 № 229-ФЗ «Об исполнительном производстве», далее — Закон об исполнительном производстве).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состоит в свойстве с представителем должника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Это самостоятельное основание для отвода, наличие которого не зависит от оценки действий пристава по исполнительному производству.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Изложенные выше обстоятельства (нерассмотрение заявления взыскателя, непринятие мер к аресту имущества до его отчуждения, многократное отложение исполнительных действий по заявлениям представителя должника) указывают на заинтересованность судебного пристава-исполнителя в исходе исполнительного производства и являются самостоятельным основанием для отвода по ч. 1 ст. 63 Закона об исполнительном производстве.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наличии оснований для отвода судебный пристав-исполнитель обязан заявить самоотвод. По тем же основаниям отвод может быть заявлен взыскателем или должником (ч. 2 ст. 63 Закона об исполнительном производстве). Право стороны заявлять отводы закреплено также в ч. 1 ст. 50 Закона об исполнительном производстве. Представитель взыскателя вправе совершать от его имени все действия, связанные с исполнительным производством (ч. 2 ст. 57 Закона об исполнительном производстве).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Отвод заявлен после начала исполнительных действий, поскольку о наличии оснований для отвода взыскатель узнал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[источник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этом случае заявление отвода после начала совершения исполнительных действий и применения мер принудительного исполнения допускается (ч. 2 ст. 63 Закона об исполнительном производстве).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 об отводе судебного пристава-исполнителя решается старшим судебным приставом или его заместителем в трёхдневный срок со дня поступления заявления, о чём выносится мотивированное постановление. В случае удовлетворения заявления в постановлении указывается судебный пристав-исполнитель, которому передаётся исполнительное производство (ч. 3 ст. 63 Закона об исполнительном производстве). Копия постановления не позднее дня, следующего за днём его вынесения, направляется лицу, заявившему отвод (ч. 5 ст. 63 Закона об исполнительном производстве).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50, ч. 2 ст. 57, ст. 63 Закона об исполнительном производстве,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Удовлетворить заявление об отводе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-ИП другому судебному приставу-исполнителю, указав его в постановлении об удовлетворении отвода.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копию постановления по результатам рассмотрения настоящего заявления представителю взыскателя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позднее дня, следующего за днём его вынесения.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взыскателя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должника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(из материалов исполнительного производства).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[Документы, подтверждающие свойство, например: ответ на адвокатский запрос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распечатка страницы социальной сети с отметкой о дате и адресе].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заявления взыскателя о розыске и аресте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постановлений об отложении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[Выписка из ЕГРН или ответ 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переходе права собственности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отводе судебного пристава-исполнителя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