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(апелляционное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исследовании новых доказательств в суде апелляционной инстанции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осуществляю защиту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защитой подана апелляционная жалоба на приговор,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дополнительная апелляционная жалоба. В разделе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или наименование раздела]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жалобы заявлено ходатайство об исследовании судом апелляционной инстанции новых доказательств, приведён перечень лиц, подлежащих вызову в судебное заседание, и обоснована невозможность представления этих доказательств в суд первой инстанции (ч. 1.1 ст. 389.6 УПК РФ). Настоящее ходатайство поддерживает и конкретизирует ходатайство, изложенное в жалобе.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основу приговора положено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доказательства обвинения]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на основании которого суд пришёл к выводу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[вывод суда, изложенный в приговоре]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приговора). Защита оспаривает этот вывод по основанию, предусмотренному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389.15 УПК РФ. Для проверки довода жалобы защита просит исследовать следующие доказательства, которые не исследовались судом первой инстанции.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[специальность, должность, стаж]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Специалист привлечён защитником на основании п. 3 ч. 1 ст. 53 УПК РФ, перед ним поставлены вопросы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вопросов]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Согласно выводам специалиста,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выводов]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 выводы противоречат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доказательства обвинения]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чём именно противоречие]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Заключение подготовлено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после постановления приговора. Представить его в суд первой инстанции защита не могла,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[конкретная причина, не зависящая от защиты, и чем она подтверждается]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защита ходатайствовала об истребовании этого документа; суд отказал в его удовлетворении (протокол судебного заседания,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После постановления приговора документ получен защитником в ответ на адвокатский запрос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поступил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[сопроводительным письмом, почтовым конвертом, отметкой о получении]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Документ подтверждает,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[обстоятельство, имеющее значение для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очевидцем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[событие или обстоятельство]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может сообщить,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показаний]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о нём стали известны защите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до постановления приговора защита о нём не знала и не могла знать,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Свидетель в ходе предварительного расследования и в суде первой инстанции не допрашивался.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необходимы для разъяснения выводов заключения. Явку специалиста в судебное заседание защита обеспечит.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уголовному делу с апелляционными жалобой, представлением на приговор суд после выступления сторон рассматривает ходатайства об исследовании доказательств, в том числе новых доказательств, заявленные в порядке ч. 1.1 ст. 389.6 УПК РФ, и в случае удовлетворения ходатайств проводит судебное следствие (ч. 4.2 ст. 389.13 УПК РФ). Ходатайство об исследовании новых доказательств заявлено защитой в апелляционной жалобе с перечнем лиц, подлежащих вызову, и с обоснованием невозможности представления доказательств в суд первой инстанции.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Ходатайства сторон об исследовании доказательств, которые не были исследованы судом первой инстанции (новых доказательств), и о вызове в этих целях в судебное заседание свидетелей, экспертов и других лиц разрешаются в порядке, установленном ч. 1 и 2 ст. 271 УПК РФ. Суд не вправе отказать в удовлетворении ходатайства только на том основании, что оно не было удовлетворено судом первой инстанции (ч. 6 ст. 389.13 УПК РФ). Это относится к документу, указанному в п. 2 настоящего ходатайства.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Новые доказательства принимаются судом, если лицо, заявившее ходатайство об их исследовании, обосновало невозможность их представления в суд первой инстанции по причинам, не зависящим от него, и суд признает эти причины уважительными (ч. 6.1 ст. 389.13 УПК РФ). Заключение специалиста подготовлено после постановления приговора; документ запрашивался защитой в суде первой инстанции, но в его истребовании было отказано; сведения о свидетеле стали известны защите после постановления приговора. Ни одна из этих причин не зависела от стороны защиты.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делу с жалобой на итоговое решение суд апелляционной инстанции разрешает ходатайства об исследовании новых доказательств, как имеющихся в деле, так и представленных сторонами непосредственно в суд апелляционной инстанции; при удовлетворении ходатайств проводится судебное следствие по правилам ст. 87–89 и главы 37 УПК РФ с особенностями, предусмотренными ч. 5–8 ст. 389.13 УПК РФ (п. 12(1) постановления Пленума Верховного Суда РФ от 27.11.2012 № 26). В случае представления дополнительных материалов (новых доказательств) стороны вправе ходатайствовать об их приобщении к делу и исследовании (п. 12 того же постановления).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апелляционной инстанции оказывает содействие сторонам в собирании и представлении доказательств, в том числе путём истребования по ходатайству сторон справок, характеристик, иных документов от органов государственной власти, органов местного самоуправления, организаций и общественных объединений; представленные дополнительные материалы подлежат проверке и оценке в совокупности с другими доказательствами по делу (п. 13 постановления Пленума Верховного Суда РФ от 27.11.2012 № 26).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 вправе собирать и представлять доказательства в порядке ч. 3 ст. 86 УПК РФ, в том числе путём истребования документов от органов и организаций, и привлекать специалиста в соответствии со ст. 58 УПК РФ (п. 2, 3 ч. 1 ст. 53 УПК РФ). Заключение и показания специалиста, иные документы допускаются в качестве доказательств (п. 3.1, 6 ч. 2 ст. 74 УПК РФ). Стороне защиты не может быть отказано в удовлетворении ходатайства о привлечении специалиста для разъяснения вопросов, входящих в его профессиональную компетенцию, за исключением случаев, предусмотренных ст. 71 УПК РФ (ч. 2.1 ст. 58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Нормы ч. 1.1 и 4 ст. 389.6, ч. 6 и 6.1 ст. 389.13 УПК РФ не освобождают суд от обязательного рассмотрения ходатайства осуждённого об исследовании доказательств, заявленного в том числе в ходе судебного заседания, и не предполагают необоснованного отказа в его удовлетворении (определение Конституционного Суда РФ от 25.05.2017 № 930-О).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Исследование новых доказательств необходимо для проверки довода жалобы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довода]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Без их исследования вывод суда первой инстанции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[вывод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не может быть проверен на соответствие фактическим обстоятельствам уголовного дела (п. 1 ст. 389.15, п. 2 ст. 389.16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53, 86, 120, 271, ч. 1.1 ст. 389.6, ч. 4.2, 6, 6.1 ст. 389.13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уважительными причины, по которым доказательства, указанные в настоящем ходатайстве, не были представлены в суд первой инстанции, и принять их в качестве новых доказательств.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судебное следствие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к материалам уголовного дела и исследовать в судебном заседании 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Допросить в качестве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Вызвать в судебное заседание и допросить в качестве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настоящее ходатайство к материалам уголовного дела, занести его и принятое по нему решение в протокол судебного заседания.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копиями документов об образовании и квалификации специалиста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(подлинник или надлежащим образом заверенная копия)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адвокатского запроса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документ, подтверждающий дату получения ответа,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r>
        <w:br w:type="page"/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 ОБ ИССЛЕДОВАНИИ НОВЫХ ДОКАЗАТЕЛЬСТВ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текст для включения в апелляционную (дополнительную апелляционную) жалобу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подтверждение доводов настоящей жалобы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довода]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 основании ч. 1.1 ст. 389.6 УПК РФ заявляю ходатайство об исследовании судом апелляционной инстанции доказательств, которые не были исследованы судом первой инстанции (новых доказательств):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Заключения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заключения]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Показаний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показаний]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Представить эти доказательства в суд первой инстанции сторона защиты не могла по причинам, не зависящим от неё. Заключение специалиста подготовлено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 постановления приговора,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 истребовании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защита ходатайствовала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суд в удовлетворении ходатайства отказал (протокол судебного заседания,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); документ получен защитником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ответ на адвокатский запрос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о свидетеле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стали известны защите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Документы, подтверждающие эти обстоятельства, прилагаются к жалобе.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вызвать в судебное заседание суда апелляционной инстанции для допроса: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место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признать причины непредставления новых доказательств в суд первой инстанции уважительными, принять новые доказательства и провести судебное следствие (ч. 4.2, 6.1 ст. 389.13 УПК РФ).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исследовании новых доказательств в суде апелляционной инстанции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