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содержащегося под стражей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изолятора]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разрешении свиданий обвиняемого с родственниками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привлечён в качестве обвиняемого.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него избрана мера пресечения в виде заключения под стражу, срок которой продлён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содержится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изолятора]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осуществляю защиту обвиняемого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момента заключения под стражу свидания с родственниками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предоставлялись. Обвиняемый просит разрешить ему свидания со следующими лицами: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— мать обвиняемого,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Родство подтверждается свидетельством о рождении обвиняемого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— родной брат обвиняемого,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Родство подтверждается свидетельствами о рождении обвиняемого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— несовершеннолетний сын обвиняемого. Родство подтверждается свидетельством о рождении ребёнка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Мать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поэтому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единственным родителем сына, не достигшего четырнадцати лет. В настоящее время ребёнок проживает с бабушкой — матерью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Указанные лица не являются свидетелями, потерпевшими или иными участниками производства по настоящему уголовному делу и не допрашивались по нему. Сведений о том, что они пытались повлиять на ход расследования или на участников процесса, в деле нет. Свидания будут проходить под контролем сотрудников следственного изолятора по правилам, установленным законом.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Подозреваемые и обвиняемые имеют право на свидания с родственниками и иными лицами, перечисленными в ст. 18 Федерального закона от 15.07.1995 № 103-ФЗ «О содержании под стражей подозреваемых и обвиняемых в совершении преступлений» (п. 5 ч. 1 ст. 17 указанного Федерального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письменного разрешения лица или органа, в производстве которых находится уголовное дело, подозреваемому и обвиняемому может быть предоставлено не более двух свиданий в месяц с родственниками и иными лицами продолжительностью до трёх часов каждое (ч. 4 ст. 18 Федерального закона № 103-ФЗ). Уголовное дело находится в Вашем производстве, поэтому вопрос о разрешении свиданий относится к Вашей компетенции. Защита просит разрешить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два свидания в пределах установленного лимита: с матерью и с братом обвиняемого.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Подозреваемому или обвиняемому мужчине, имеющему ребёнка в возрасте до четырнадцати лет и являющемуся единственным родителем, в течение месяца может быть предоставлено одно дополнительное свидание со своими несовершеннолетними детьми (ч. 4 ст. 18 Федерального закона № 103-ФЗ).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отвечает обоим условиям: сыну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лет, мать ребёнка умерла. Дополнительное свидание с сыном не входит в лимит двух свиданий в месяц.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Конституционный Суд РФ указал, что норма о свиданиях на основании письменного разрешения лица или органа, в производстве которых находится уголовное дело, не может быть истолкована как предоставляющая этому органу возможность отказывать обвиняемому в свидании с родственниками или иными лицами без достаточно веских оснований, связанных с необходимостью обеспечения прав и свобод других лиц, а также интересов правосудия по уголовным делам. Такие отказы должны оформляться мотивированным постановлением и могут быть обжалованы прокурору или в суд (Определение Конституционного Суда РФ от 16.10.2003 № 351-О). Лица, заключённые под стражу, не могут быть полностью исключены из сферы общения людей, находящихся с ними в тесных личных, прежде всего родственных, отношениях (Определение Конституционного Суда РФ от 01.10.2009 № 1053-О-О).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Оснований для отказа по настоящему делу нет: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несовершеннолетний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сына]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являются участниками уголовного судопроизводства по делу, их показания не используются в доказывании, а сами свидания проходят под контролем сотрудников места содержания под стражей и прерываются досрочно при попытке передать запрещённые предметы либо сведения, которые могут препятствовать установлению истины по делу (ст. 18 Федерального закона № 103-ФЗ). Закон тем самым уже обеспечивает защиту интересов расследования.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заявлять ходатайства (п. 8 ч. 1 ст. 53 УПК РФ), ходатайство заявляется следователю (ч. 2 ст. 119 УПК РФ). Ходатайство подлежит разрешению непосредственно после заявления, а если это невозможно — не позднее 3 суток со дня заявления (ст. 121 УПК РФ). Об удовлетворении ходатайства либо о полном или частичном отказе в его удовлетворении выносится постановление, которое доводится до сведения заявителя (ст. 122 УПК РФ). Постановление следователя должно быть законным, обоснованным и мотивированным (ч. 4 ст. 7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5 ч. 1 ст. 17, ч. 4 ст. 18 Федерального закона от 15.07.1995 № 103-ФЗ «О содержании под стражей подозреваемых и обвиняемых в совершении преступлений», ч. 4 ст. 7, п. 8 ч. 1 ст. 53, ст. 119–122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обвиняемому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свидание продолжительностью до трёх часов с матерью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обвиняемому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свидание продолжительностью до трёх часов с братом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обвиняемому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одно дополнительное свидание с несовершеннолетним сыном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присутствии его бабушки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Оформить письменные разрешения на свидания, направить их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изолятора]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вручить копии защитнику.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ходатайства уведомить защитника и вручить копию вынесенного постановления (ст. 122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сына]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разрешении свиданий обвиняемого с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