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районный суд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субъекта РФ]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через мирового судью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судебного участка]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Дело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Лицо, в отношении которого вынесено постановление по делу об административном правонарушении: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 рождения]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Защитник: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адвокат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адвокатского образования]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регистрационный номер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реестре адвокатов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ордер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 для корреспонденции: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Орган, должностное лицо которого составило протокол: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подразделения Госавтоинспекции]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органа]</w:t>
      </w:r>
    </w:p>
    <w:p>
      <w:pPr>
        <w:keepNext/>
        <w:spacing w:before="240" w:after="24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ЖАЛОБА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на постановление мирового судьи по делу об административном правонарушении, предусмотренном ч. 1 ст. 12.8 КоАП РФ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Постановлением мирового судьи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(далее — Постановление)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признан виновным в совершении административного правонарушения, предусмотренного ч. 1 ст. 12.8 КоАП РФ, и подвергнут административному наказанию в виде административного штрафа в размере 45 000 руб. с лишением права управления транспортными средствами на срок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[срок]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Мировой судья установил, что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[время]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адресу: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управлял автомобилем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[марка, государственный регистрационный знак]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состоянии опьянения.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Постановления получена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что подтверждается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[документ о вручении копии постановления]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 Срок, установленный ч. 1 ст. 30.3 КоАП РФ, не пропущен.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Вывод о состоянии опьянения мировой судья основал на акте медицинского освидетельствования на состояние опьянения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составленном врачом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медицинской организации]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(далее — Акт медицинского освидетельствования), протоколе о направлении на медицинское освидетельствование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[серия, 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(далее — Протокол о направлении), протоколе об административном правонарушении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[серия, 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видеозаписи, приложенной к протоколам (далее — Видеозапись).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Порядок направления на медицинское освидетельствование нарушен. Освидетельствование на состояние алкогольного опьянения на месте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не предлагалось: акт освидетельствования на состояние алкогольного опьянения не составлялся, бумажный носитель с записью результатов измерений в деле отсутствует, отказ от освидетельствования на месте ни в одном процессуальном документе не зафиксирован. В Протоколе о направлении основание направления не указано: ни одно из оснований, предусмотренных ч. 1.1 ст. 27.12 КоАП РФ, в протоколе не отмечено.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 Протоколе о направлении указаны понятые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понятого 1]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понятого 2]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На Видеозаписи, с которой защитник ознакомился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(ч. 5 ст. 25.5 КоАП РФ), понятые у патрульного автомобиля отсутствуют. Видеозапись состоит из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[количество]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фрагментов общей продолжительностью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[время]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; разрыв между фрагментами составляет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[время]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[время]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до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[время]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); звук на фрагменте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отсутствует. Момент составления Протокола о направлении и разъяснения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оснований направления на Видеозаписи не зафиксирован.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 суде первой инстанции защитник заявил ходатайства о вызове и допросе понятых и инспектора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об истребовании полной видеозаписи с видеорегистратора патрульного автомобиля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[государственный регистрационный знак]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об истребовании у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медицинской организации]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лицензии и сведений о подготовке врача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(протокол судебного заседания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л.д.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). Мировой судья отклонил ходатайства определением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сославшись на достаточность доказательств в деле.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Доводы жалобы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Водитель, в отношении которого имеются достаточные основания полагать, что он находится в состоянии опьянения, подлежит освидетельствованию на состояние алкогольного опьянения. Направление на медицинское освидетельствование допускается при отказе от освидетельствования на месте, при несогласии с его результатами либо при отрицательном результате освидетельствования и наличии достаточных оснований полагать, что водитель находится в состоянии опьянения (ч. 1.1 ст. 27.12 КоАП РФ, п. 8 Правил освидетельствования на состояние алкогольного опьянения и оформления его результатов, направления на медицинское освидетельствование на состояние опьянения, утверждённых постановлением Правительства РФ от 21.10.2022 № 1882 (далее — Правила)). Невыполнение уполномоченным должностным лицом обязанности предложить водителю предварительно пройти освидетельствование на состояние алкогольного опьянения является нарушением установленного порядка направления на медицинское освидетельствование, за исключением случаев беспомощного состояния водителя (абз. 7 п. 11 постановления Пленума Верховного Суда РФ от 25.06.2019 № 20, далее — Постановление Пленума № 20).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беспомощном состоянии не находился: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 Протоколе о направлении и на Видеозаписи зафиксировано, что он самостоятельно передвигался, отвечал на вопросы и подписывал документы]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В протоколе о направлении на медицинское освидетельствование указываются основания направления (ч. 4 ст. 27.12 КоАП РФ). Обстоятельства, послужившие законным основанием для направления водителя на медицинское освидетельствование, должны быть указаны в этом протоколе (абз. 6 п. 11 Постановления Пленума № 20). В Протоколе о направлении основание не указано. Восполнить этот пробел показаниями инспектора или содержанием протокола об административном правонарушении нельзя: требование о фиксации основания относится именно к протоколу о направлении.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Направление на медицинское освидетельствование осуществляется в присутствии двух понятых либо с применением видеозаписи (ч. 2 ст. 27.12, ч. 2 ст. 25.7 КоАП РФ, абз. 1 п. 9 Правил). Понятой удостоверяет своей подписью факт совершения процессуальных действий в его присутствии, их содержание и результаты (ч. 2 ст. 25.7 КоАП РФ). При указании в протоколе на участие понятых судья может проверить их фактическое присутствие, в том числе опросить их в качестве свидетелей (абз. 4 п. 23 Постановления Пленума № 20). Видеозапись оценивается с учётом её непрерывности, полноты (визуальной идентификации участников процессуальных действий, аудиофиксации речи), последовательности и соотносимости с местом и временем правонарушения (абз. 5 п. 23 Постановления Пленума № 20). Видеозапись не подтверждает присутствие понятых, прерывается в момент, когда составлялся Протокол о направлении, и не содержит звука. Тем самым ни одно из условий ч. 2 ст. 27.12 КоАП РФ не подтверждено, а мировой судья, отказав в допросе понятых, сомнения не устранил.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Протоколы о применении мер обеспечения производства по делу и акт медицинского освидетельствования, полученные с нарушением закона, не могут использоваться в качестве доказательств (ч. 3 ст. 26.2 КоАП РФ, абз. 1 п. 23 Постановления Пленума № 20). Медицинское освидетельствование водителя проводится на основании протокола о направлении, составленного в соответствии с ч. 4 и 5 ст. 27.12 КоАП РФ (подп. 1 п. 8 Порядка проведения медицинского освидетельствования на состояние опьянения (алкогольного, наркотического или иного токсического), утверждённого приказом Минздрава России от 29.04.2025 № 262н, далее — Порядок). Поскольку направление проведено с нарушением установленного порядка, Протокол о направлении и Акт медицинского освидетельствования являются недопустимыми доказательствами.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Оценивая акт медицинского освидетельствования, судья при наличии сомнений в его законности должен проверить сведения о подготовке врача по вопросам проведения медицинского освидетельствования и наличие у медицинской организации лицензии на работы (услуги) по медицинскому (наркологическому) освидетельствованию (абз. 10 п. 11 Постановления Пленума № 20). Медицинское освидетельствование проводится в медицинской организации, имеющей лицензию, включающую работу (услугу) по медицинскому освидетельствованию на состояние опьянения (п. 4 Порядка), врачом-психиатром-наркологом либо иным врачом-специалистом (фельдшером), прошедшим обучение по вопросу его проведения (п. 6 Порядка). Сведения о лицензии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медицинской организации]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о подготовке врача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деле отсутствуют, в Акте медицинского освидетельствования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[не указаны реквизиты документа о подготовке врача]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 Защита на эти сомнения указывала, однако мировой судья их не проверил.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Неустранимые сомнения в виновности лица толкуются в его пользу (ч. 4 ст. 1.5 КоАП РФ). Положение ч. 3 ст. 1.5 КоАП РФ, освобождающее лицо от обязанности доказывать свою невиновность, применяется к делам по ст. 12.8 КоАП РФ в полном объёме: примечание к ст. 1.5 КоАП РФ касается лишь правонарушений главы 12, зафиксированных в автоматическом режиме. После исключения недопустимых доказательств факт управления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транспортным средством в состоянии опьянения, определяемый в порядке, указанном в примечании к ст. 12.8 КоАП РФ, не доказан. Постановление вынесено при недоказанности обстоятельств, на основании которых оно вынесено, что влечёт его отмену и прекращение производства по делу (п. 3 ч. 1 ст. 30.7 КоАП РФ) в связи с отсутствием состава административного правонарушения (п. 2 ч. 1 ст. 24.5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7.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Судья, рассматривающий жалобу, не связан её доводами и проверяет дело в полном объёме (ч. 3 ст. 30.6 КоАП РФ). При подготовке к рассмотрению жалобы судья разрешает ходатайства, истребует дополнительные материалы и вызывает лиц, участие которых признано необходимым (п. 2 ч. 1 ст. 30.4 КоАП РФ). Для проверки доводов жалобы необходимы допрос понятых и инспектора, а также истребование полной видеозаписи и документов медицинской организации.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На основании изложенного, руководствуясь ч. 4 ст. 1.5, ч. 3 ст. 26.2, ч. 1.1, 2 и 4 ст. 27.12, ст. 30.1–30.4, ч. 3 ст. 30.6, п. 3 ч. 1 ст. 30.7 КоАП РФ,</w:t>
      </w:r>
    </w:p>
    <w:p>
      <w:pPr>
        <w:keepNext/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/>
          <w:color w:val="000000"/>
          <w:sz w:val="28"/>
        </w:rPr>
        <w:t>ПРОШУ: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Вызвать в судебное заседание и допросить в качестве свидетелей понятых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понятого 1]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 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понятого 2]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), а также инспектора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подразделения Госавтоинспекции]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[звание, 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составившего Протокол о направлении (ст. 25.6, п. 2 ч. 1 ст. 30.4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Истребовать у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подразделения Госавтоинспекции]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полную видеозапись с видеорегистратора патрульного автомобиля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[государственный регистрационный знак]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за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период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[время]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до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[время]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Истребовать у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медицинской организации]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копию лицензии на осуществление медицинской деятельности с перечнем работ (услуг) и документ о подготовке врача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вопросам проведения медицинского освидетельствования на состояние опьянения.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 мирового судьи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отменить, производство по делу об административном правонарушении, предусмотренном ч. 1 ст. 12.8 КоАП РФ, в отношении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прекратить на основании п. 2 ч. 1 ст. 24.5 КоАП РФ.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Рассмотреть жалобу с участием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защитника; о времени и месте рассмотрения известить по адресу: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Приложения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Ордер адвоката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постановления мирового судьи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Копия документа, подтверждающего дату получения копии постановления.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протокола о направлении на медицинское освидетельствование на состояние опьянения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[серия, 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акта медицинского освидетельствования на состояние опьянения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Раскадровка видеозаписи с указанием времени фрагментов и разрывов.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7.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ходатайства защитника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 вызове свидетелей и истребовании доказательств.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Защитник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[подпись]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/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Жалоба на постановление по ч. 1 ст. 12.8 КоАП РФ</dc:title>
  <dc:subject/>
  <dc:creator>Документы Про — documentspro.ru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