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верховного суда республики, краевого, областного суда, суда города федерального значения]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суда]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Административный истец: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организации]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ОГРН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ИНН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телефон: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Представитель административного истца: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представителя]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доверенность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 для корреспонденции: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телефон: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Административный ответчик: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высшего исполнительного органа субъекта РФ]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Госпошлина: 20 000 руб. (подп. 6 п. 1 ст. 333.19 НК РФ)</w:t>
      </w:r>
    </w:p>
    <w:p>
      <w:pPr>
        <w:keepNext/>
        <w:spacing w:before="240" w:after="24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АДМИНИСТРАТИВНОЕ ИСКОВОЕ ЗАЯВЛЕНИЕ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о признании не действующим в части решения о комплексном развитии территории нежилой застройки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высшего исполнительного органа субъекта РФ]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(далее — административный ответчик) принято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[вид акта]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[полное наименование акта]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» (далее — решение о КРТ). Решение о КРТ официально опубликовано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источника официального опубликования]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выпуска / адрес официального интернет-портала]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Решением о КРТ определена территория нежилой застройки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или наименование территории]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площадью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[площадь]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га, подлежащая комплексному развитию в границах согласно приложению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Приложением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 решению о КРТ установлен перечень земельных участков и расположенных на них объектов капитального строительства в границах территории, в том числе перечень объектов, подлежащих сносу или реконструкции.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Административному истцу на праве собственности принадлежат земельный участок с кадастровым номером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[кадастровый номер участка]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площадью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[площадь]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кв. м, вид разрешённого использования —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[вид разрешённого использования]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и расположенное на нём нежилое здание с кадастровым номером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[кадастровый номер здания]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площадью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[площадь]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кв. м, по адресу: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(далее — участок и здание). Право собственности зарегистрировано в ЕГРН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номер записи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(участок),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номер записи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(здание). Здание используется административным истцом для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[фактическое использование]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аварийным не признавалось, в адресные программы сноса или реконструкции не включалось, самовольной постройкой не является.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Участок включён в границы территории, подлежащей комплексному развитию (пункт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решения о КРТ, приложение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), а здание — в перечень объектов капитального строительства, подлежащих сносу (позиция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приложения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 решению о КРТ).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Предложение о заключении договора о комплексном развитии территории нежилой застройки административному истцу до принятия решения о КРТ не направлялось. О включении участка и здания в решение о КРТ административный истец узнал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из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[источник сведений]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Решение о КРТ обладает нормативными свойствами и подлежит проверке по правилам главы 21 КАС РФ. Оно принято высшим исполнительным органом субъекта РФ, определяет территорию с особым правовым режимом, направленным на изменение и прекращение существующих правоотношений, в том числе путём сноса или реконструкции объектов, находящихся в собственности неопределённого круга лиц, и их возможного изъятия для государственных нужд. Такая позиция изложена в кассационных определениях судей Верховного Суда РФ от 25.09.2024 № 5-КАД24-48-К2 и от 23.10.2024 № 5-КАД24-52-К2, вынесенных по делам об оспаривании решений о комплексном развитии территорий нежилой застройки.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Административный истец является субъектом отношений, регулируемых решением о КРТ: принадлежащие ему участок и здание расположены в границах территории и включены в перечень объектов, подлежащих сносу. В оспариваемой части решение о КРТ нарушает право собственности административного истца: оно предопределяет снос здания и создаёт правовое основание для изъятия участка и здания для государственных нужд в целях комплексного развития территории (ч. 7 ст. 65 ГрК РФ).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Правовое обоснование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С административным исковым заявлением о признании нормативного правового акта не действующим полностью или в части вправе обратиться лица, которые являются субъектами отношений, регулируемых оспариваемым актом, если они полагают, что этим актом нарушены или нарушаются их права и законные интересы (ч. 1 ст. 208 КАС РФ). Признаками нормативного правового акта являются издание его управомоченным органом и наличие правовых норм, обязательных для неопределённого круга лиц, рассчитанных на неоднократное применение и направленных на урегулирование общественных отношений либо на изменение или прекращение существующих правоотношений; акт может являться обязательным для неопределённого круга лиц, когда он издаётся в целях установления правового режима конкретного объекта публичного права (п. 2 постановления Пленума Верховного Суда РФ от 25.12.2018 № 50). Решение о КРТ отвечает этим признакам (кассационные определения судей Верховного Суда РФ от 25.09.2024 № 5-КАД24-48-К2, от 23.10.2024 № 5-КАД24-52-К2). Дело подсудно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суда]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как суду первой инстанции по делам об оспаривании нормативных правовых актов органов государственной власти субъектов РФ (п. 2 ч. 1 ст. 20 КАС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Процедура принятия решения о комплексном развитии территории нежилой застройки включает обязательный этап направления уполномоченным органом предложения о заключении договора о комплексном развитии территории нежилой застройки правообладателям объектов недвижимого имущества, расположенных в границах такой территории (п. 2.1 ч. 7 ст. 66 ГрК РФ). Этот этап предшествует принятию решения о КРТ (п. 3 ч. 7 ст. 66 ГрК РФ). Если все правообладатели в течение сорока пяти дней со дня получения предложения выразили письменное согласие, договор заключается с ними без проведения торгов (п. 4, 5 ч. 7 ст. 66 ГрК РФ). Административный истец является собственником участка и здания, к исключениям, предусмотренным подп. «а» — «в» п. 2.1 ч. 7 ст. 66 ГрК РФ, не относится. Предложение ему не направлялось. Тем самым нарушена процедура принятия оспариваемого акта (подп. «в» п. 2 ч. 8 ст. 213 КАС РФ), а административный истец лишён предусмотренной законом возможности участвовать в комплексном развитии территории в качестве стороны договора.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Комплексное развитие территории нежилой застройки осуществляется в отношении застроенной территории, в границах которой расположены земельные участки с объектами капитального строительства, признанными аварийными и подлежащими сносу или реконструкции, с объектами, снос или реконструкция которых планируются на основании адресных программ, утверждённых высшим исполнительным органом субъекта РФ, с видами разрешённого использования и характеристиками объектов, не соответствующими правилам землепользования и застройки, либо с самовольными постройками (ч. 4 ст. 65 ГрК РФ). Иные земельные участки могут быть включены в границы такой территории лишь при условии, что они расположены в границах одного элемента планировочной структуры с участками, указанными в ч. 4 ст. 65 ГрК РФ (ч. 5 ст. 65 ГрК РФ). Участок и здание административного истца ни одному из критериев ч. 4 ст. 65 ГрК РФ не отвечают: здание аварийным не признавалось, в адресные программы не включалось, самовольной постройкой не является; вид разрешённого использования участка и параметры здания соответствуют правилам землепользования и застройки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муниципального образования]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утверждённым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[вид акта]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что подтверждается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[документ]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Участок расположен в границах элемента планировочной структуры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или номер квартала, микрорайона]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в котором земельные участки, отвечающие критериям ч. 4 ст. 65 ГрК РФ, отсутствуют, что подтверждается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[документ]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 Следовательно, включение участка и здания в решение о КРТ противоречит ч. 4 и 5 ст. 65 ГрК РФ.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Решение о комплексном развитии территории должно содержать перечень объектов капитального строительства, расположенных в границах территории, в том числе перечень объектов, подлежащих сносу или реконструкции (п. 2 ч. 1 ст. 67 ГрК РФ). Поскольку обстоятельства, предусмотренные ч. 4 ст. 65 ГрК РФ, в отношении участка и здания отсутствуют, включение здания в перечень объектов, подлежащих сносу (позиция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приложения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), не основано на законе и не соответствует ч. 4, 5 ст. 65, п. 2 ч. 1 ст. 67 ГрК РФ.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При рассмотрении дела суд проверяет соблюдение требований, устанавливающих полномочия органа, форму и вид акта, процедуру его принятия и правила введения в действие, а также соответствие акта нормативным правовым актам, имеющим большую юридическую силу (ч. 8 ст. 213 КАС РФ). Обязанность доказывания этих обстоятельств возлагается на орган, принявший оспариваемый акт (ч. 9 ст. 213 КАС РФ). При проверке законности оспариваемых положений суд не связан основаниями и доводами административного искового заявления (ч. 7 ст. 213 КАС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Нормативный правовой акт, не соответствующий нормативному правовому акту, имеющему большую юридическую силу, признаётся не действующим полностью или в части со дня его принятия или с иной определённой судом даты (п. 1 ч. 2 ст. 215 КАС РФ). Оспариваемые положения решения о КРТ в отношении участка и здания административного истца не реализованы: решения об изъятии участка и здания не принимались, снос здания не производился. Оснований для признания оспариваемых положений не действующими с более поздней даты, предусмотренных абзацем вторым п. 38 постановления Пленума Верховного Суда РФ от 25.12.2018 № 50, не имеется.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Административное исковое заявление подано в период действия решения о КРТ (ч. 6 ст. 208 КАС РФ). Решение о КРТ и его оспариваемые положения на дату подачи заявления действуют.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Нормативный правовой акт, имеющий большую юридическую силу, на соответствие которому надлежит проверить оспариваемые положения: Градостроительный кодекс РФ, ч. 4 и 5 ст. 65, п. 2.1 ч. 7 ст. 66, п. 2 ч. 1 ст. 67.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На основании изложенного, руководствуясь ст. 20, 124–126, 208, 209, 213, 215 КАС РФ, ст. 65–67 ГрК РФ,</w:t>
      </w:r>
    </w:p>
    <w:p>
      <w:pPr>
        <w:keepNext/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/>
          <w:color w:val="000000"/>
          <w:sz w:val="28"/>
        </w:rPr>
        <w:t>ПРОШУ: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Признать не действующим со дня принятия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[вид акта]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высшего исполнительного органа субъекта РФ]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[полное наименование акта]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» в части включения в границы территории, подлежащей комплексному развитию (пункт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приложение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), земельного участка с кадастровым номером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[кадастровый номер участка]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в части включения в перечень объектов капитального строительства, подлежащих сносу или реконструкции (позиция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приложения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), нежилого здания с кадастровым номером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[кадастровый номер здания]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Указать в решении на опубликование решения суда или сообщения о его принятии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официального издания]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течение одного месяца со дня вступления решения суда в законную силу (п. 2 ч. 4 ст. 215 КАС РФ).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Приложения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Документ, подтверждающий направление административному ответчику копии административного искового заявления и приложенных к нему документов.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Платёжное поручение об уплате государственной пошлины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[вид акта]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высшего исполнительного органа субъекта РФ]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приложениями, сведения об источнике и дате его официального опубликования.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Выписки из ЕГРН на земельный участок с кадастровым номером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[кадастровый номер участка]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нежилое здание с кадастровым номером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[кадастровый номер здания]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Выписка из правил землепользования и застройки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муниципального образования]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отношении территориальной зоны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зоны]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[документ о границах элемента планировочной структуры]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[Документы о техническом состоянии здания, об отсутствии решений о признании его аварийным, о невключении в адресные программы]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7.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Выписка из ЕГРЮЛ в отношении административного истца.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8.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Доверенность представителя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копия документа о высшем юридическом образовании представителя.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[подпись]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/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представителя]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Административное исковое заявление о признании не действующим решения о КРТ</dc:title>
  <dc:subject/>
  <dc:creator>Документы Про — documentspro.ru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