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(городской)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Третьи лица: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нотариус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[нотариальный округ]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нотариальной конторы]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Управление Росреестра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иска: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[стоимость 1/2 доли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(подп. 1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восстановлении срока для принятия наследства в порядке наследственной трансмиссии, признании свидетельства о праве на наследство недействительным в части и признании права собственности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умер мой дед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наследодатель), что подтверждается свидетельством о смерти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Последнее место жительства наследодателя: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Завещания наследодатель не оставил. В состав наследства входит квартира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принадлежавшая наследодателю на праве собственности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Наследниками первой очереди по закону являлись сыновья наследодателя: мой отец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трансмитента]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ответчик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Супруга наследодателя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умерла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родители наследодателя умерли до открытия наследства.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отец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трансмитента]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смерти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то есть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открытия наследства и до истечения шестимесячного срока для его принятия, который оканчивался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Заявление нотариусу о принятии наследства отец не подавал, действий по фактическому принятию наследства не совершал: в квартире наследодателя не проживал, расходов на её содержание не нёс.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сыном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трансмитента]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рождении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его единственным наследником первой очереди по закону: брак отца с моей матерью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других детей у отца нет, его родители умерли. Наследство отца я принял, подав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заявление нотариусу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заведено наследственное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Оставшаяся после смерти отца часть срока для принятия наследства после деда составляла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дней, то есть менее трёх месяцев, и удлинилась до трёх месяцев. Этот срок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этого срока я не знал и не должен был знать об открытии наследства после деда.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[Конкретные обстоятельства: с наследодателем я не общался с 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проживал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расстоянии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км; о смерти деда ни отец, ни ответчик мне не сообщали; на похоронах я не присутствовал; в наследственном деле отца сведений о наследстве деда нет.] О смерти деда я узнал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сведений: письмо, выписка из ЕГРН, сообщение родственника]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[доказательство]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того, как мне стало известно об открытии наследства, я обратился к нотариусу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 о принятии наследства после деда в порядке наследственной трансмиссии.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нотариус отказал в совершении нотариального действия в связи с пропуском срока для принятия наследства. Письменного согласия на принятие мной наследства по истечении срока (п. 2 ст. 1155 ГК РФ) ответчик не дал: на моё обращение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ответа не последовало.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принял наследство в установленный срок.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рамках наследственного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ответчику выдано свидетельство о праве на наследство по закону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зарегистрировано в реестре 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всю квартиру. Право собственности ответчика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записи в ЕГРН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Наследниками первой очереди по закону являются дети, супруг и родители наследодателя (п. 1 ст. 1142 ГК РФ). Наследники одной очереди наследуют в равных долях (п. 2 ст. 1141 ГК РФ). На дату открытия наследства к наследованию были призваны два сына наследодателя, каждому причиталось по 1/2 доли наследства.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наследник, призванный к наследованию по закону, умер после открытия наследства, не успев его принять в установленный срок, право на принятие причитавшегося ему наследства переходит к его наследникам по закону (абзац первый п. 1 ст. 1156 ГК РФ). Мой отец умер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после открытия наследства и до истечения срока, установленного п. 1 ст. 1154 ГК РФ, наследство не приняв. Условия наследственной трансмиссии наступили, и право на принятие причитавшейся ему 1/2 доли перешло ко мне как к его наследнику первой очереди. Пропуск срока допущен не отцом, а мной как наследником умершего наследника: Судебная коллегия по гражданским делам Верховного Суда РФ в определении от 05.08.2025 № 66-КГ25-6-К8 указала, что срок может быть восстановлен наследникам умершего наследника в общем порядке, когда наступили предусмотренные п. 1 ст. 1156 ГК РФ условия для трансмиссии и к ним перешло право на принятие наследства, не реализованное ими в установленный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 на принятие наследства, принадлежавшее умершему наследнику, осуществляется его наследниками на общих основаниях; если оставшаяся после смерти наследника часть срока составляет менее трёх месяцев, она удлиняется до трёх месяцев (абзацы первый и второй п. 2 ст. 1156 ГК РФ). Удлинённый срок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истечении срока, установленного для принятия наследства, наследники умершего наследника могут быть признаны судом принявшими наследство в соответствии со ст. 1155 ГК РФ, если суд найдёт уважительными причины пропуска ими этого срока (абзац третий п. 2 ст. 1156 ГК РФ). Суд может восстановить срок, если наследник не знал и не должен был знать об открытии наследства или пропустил срок по другим уважительным причинам, при условии обращения в суд в течение шести месяцев после того, как причины пропуска отпали (п. 1 ст. 1155 ГК РФ, подпункты «а» и «б» п. 40 постановления Пленума Верховного Суда РФ от 29.05.2012 № 9 «О судебной практике по делам о наследовании»). Об открытии наследства я узнал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иск подан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до истечения шести месяцев. Обстоятельства, по которым я не знал и не должен был знать о смерти деда, изложены выше и подтверждаются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доказательств]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вынесении решения о восстановлении срока принятия наследства и признании наследника принявшим наследство суд обязан определить доли всех наследников в наследственном имуществе и признать недействительными ранее выданные свидетельства о праве на наследство, в соответствующих случаях — лишь в части (п. 41 постановления Пленума Верховного Суда РФ от 29.05.2012 № 9). Свидетельство, выданное ответчику на всю квартиру, подлежит признанию недействительным в части 1/2 доли, причитающейся мне. Принятое наследство признаётся принадлежащим наследнику со дня открытия наследства (п. 4 ст. 1152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Споры о восстановлении срока для принятия наследства рассматриваются в порядке искового производства с привлечением в качестве ответчиков наследников, принявших наследство, независимо от получения ими свидетельства о праве на наследство (абзац первый п. 40 постановления Пленума Верховного Суда РФ от 29.05.2012 № 9). Дело о наследовании мировому судье не подсудно (п. 4 ч. 1 ст. 23 ГПК РФ). Иск о правах на жилое помещение предъявляется по месту нахождения объекта (ч. 1 ст. 30 ГПК РФ): квартира находится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территории, на которую распространяется юрисдикция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(городского) суда.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иска определена исходя из стоимости 1/2 доли квартиры по отчёту об оценке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(п. 9 ч. 1 ст. 91 ГПК РФ). Государственная пошлина уплачена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подп. 1 п. 1 ст. 333.19 НК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1141, 1142, 1152, 1155, 1156 ГК РФ, ст. 30, 131, 132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Восстановить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срок для принятия наследства, открывшегося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порядке наследственной трансмиссии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трансмитента]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умершего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признать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принявшим наследство.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Определить доли наследников в наследственном имуществе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1/2 доли,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1/2 доли.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недействительным в части 1/2 доли свидетельство о праве на наследство по закону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выданное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[нотариальный округ]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зарегистрированное в реестре 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право собственности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1/2 доли в праве общей долевой собственности на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право собственности на 1/2 доли в праве общей долевой собственности на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порядке наследования по закону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порядке наследственной трансмиссии.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 об уплате государственной пошлины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искового заявления и приложений ответчику и третьим лицам.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трансмитента]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свидетельств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трансмитента]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подтверждающих родство.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нотариуса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заведении наследственного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трансмитента]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принятии мною наследства.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нотариуса об отказе в совершении нотариального действия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на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Отчёт об оценке рыночной стоимости 1/2 доли квартиры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Доказательства уважительности причин пропуска срока и даты, когда мне стало известно об открытии наследства: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обращения к ответчику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 о его направлении.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представителя и копия документа о его высшем юридическом образовании или статусе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восстановлении срока для принятия наследства в порядке наследственной трансмиссии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