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Руководителю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налогового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вышестоящего налогового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органа, вынесшего решение]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налогового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приостановлении исполнения решения о привлечении к ответственности за совершение налогового правонарушения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выездной налоговой проверки за период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вынесено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привлечении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заявитель) к ответственности за совершение налогового правонарушения (далее — решение). Решением заявителю доначислены налоги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пени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штрафы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вручено заявителю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апелляционном порядке не обжаловалось и вступило в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истечении одного месяца со дня вручения (п. 9 ст. 101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Одновременно с настоящим заявлением заявитель подаёт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вышестоящего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органа, вынесшего решение]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жалобу на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1 ст. 139, абз. 2 п. 2 ст. 139 НК РФ). В жалобе заявитель оспаривает доначисление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соответствующих пеней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штрафа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подачи заявления обязанность по уплате обжалуемых сумм заявителем не исполнена. Взыскание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период рассмотрения жалобы приведёт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[невозможности расчётов с поставщиками и выплаты заработной платы работникам]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тогда как в случае удовлетворения жалобы заявителю пришлось бы добиваться возврата этих сумм.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приостановления исполнения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банка-гаранта]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выдана банковская гарантия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 сроком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гарантия). Гарантия подписана усиленной квалифицированной электронной подписью гаранта и направлена гарантом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органа, вынесшего решение]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электронной форме по телекоммуникационным каналам связи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Подача жалобы в вышестоящий налоговый орган не приостанавливает исполнение обжалуемого акта, за исключением случаев, предусмотренных п. 5.1 и 5.2 ст. 138 НК РФ (п. 5 ст. 138 НК РФ). В случае обжалования организацией вступившего в силу решения о привлечении к ответственности за совершение налогового правонарушения до принятия решения по жалобе исполнение обжалуемого решения может быть приостановлено полностью или частично по заявлению лица, подавшего жалобу, при предоставлении гарантом в налоговый орган, вынесший обжалуемое решение, банковской гарантии (абз. 1 п. 5.1 ст. 138 НК РФ). Заявление подаётся одновременно с жалобой на вступившее в силу решение (абз. 2 п. 5.1 ст. 138 НК РФ). Заявитель является организацией, решение вступило в силу и обжалуется жалобой, заявление подано одновременно с 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к банковской гарантии установлены ст. 74.1 НК РФ с особенностями, предусмотренными абз. 3–5 п. 5.1 ст. 138 НК РФ: срок действия гарантии должен истекать не ранее чем через шесть месяцев со дня подачи заявления о приостановлении, а сумма гарантии должна обеспечивать уплату денежной суммы, указанной в заявлении.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 действия гарантии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не ранее чем через шесть месяцев со дня подачи заявления. Сумма гарантии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 равна сумме, исполнение которой заявитель просит приостановить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Гарант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включён в перечень банков, отвечающих установленным требованиям для принятия банковских гарантий в целях налогообложения, который ведёт Министерство финансов Российской Федерации (п. 3 ст. 74.1 НК РФ),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Гарантия безотзывная и непередаваемая, не содержит указания на представление налоговым органом гаранту документов, не предусмотренных ст. 74.1 НК РФ, и предусматривает применение мер по взысканию с гаранта в порядке и сроки, установленные ст. 46 и 47 НК РФ (подп. 1, 2, 5 п. 5 ст. 74.1 НК РФ). Сумма гарантии не превышает максимальную сумму одной банковской гарантии, установленную для гаранта в соответствии с п. 8.1 ст. 74.1 НК РФ. Гарантия подписана усиленной квалифицированной электронной подписью и направлена гарантом в налоговый орган, вынесший решение, в электронной форме по телекоммуникационным каналам связи (абз. 2 п. 2 ст. 74.1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Вышестоящий налоговый орган, рассматривающий жалобу, в течение пяти дней со дня получения заявления принимает решение о приостановлении исполнения полностью, о приостановлении частично и (или) об отказе в приостановлении частично либо об отказе в приостановлении полностью (абз. 6–9 п. 5.1 ст. 138 НК РФ). Единственным основанием для отказа является несоответствие банковской гарантии требованиям ст. 138 и 74.1 НК РФ (абз. 10 п. 5.1 ст. 138 НК РФ). Гарантия этим требованиям соответствует, поэтому оснований для отказа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Налоговый орган, вынесший решение, обязан в течение трёх дней со дня поступления банковской гарантии уведомить об этом вышестоящий налоговый орган, рассматривающий жалобу (абз. 3 п. 5.1 ст. 138 НК РФ). О принятом решении налоговый орган в течение трёх дней со дня его принятия сообщает в письменной форме лицу, подавшему жалобу (абз. 11 п. 5.1 ст. 138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5 и 5.1 ст. 138, ст. 74.1, 139 НК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Приостановить до принятия решения по жалобе исполнение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привлечении к ответственности за совершение налогового правонарушения в части уплаты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налога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пеней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штрафа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приостановлении исполнения принять в течение пяти дней со дня получения настоящего заявления и сообщить о нём заявителю в течение трёх дней со дня принятия в электронной форме по телекоммуникационным каналам связи.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о привлечении к ответственности за совершение налогового правонарушения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на 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поданной одновременно с настоящим заявлением.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банковской гарантии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 направлен гарантом в электронной форме по телекоммуникационным каналам связи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включении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перечень банков, отвечающих установленным требованиям для принятия банковских гарантий в целях налогообложения,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суммы, исполнение которой заявитель просит приостановить.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исполнения решения налогового органа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