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 /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зарегистрирована по месту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спорного жилого помещения]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фактический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временного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местного самоуправления — наймодателя]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регистрационного учёта]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исковое заявление о признании утратившим право пользования жилым помещением по договору социального найма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обратился в суд с иском о признании меня утратившей право пользования жилым помещением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[квартирой]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снятии с регистрационного учёта. Истец ссылается на то, что 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проживаю в квартире, выехала в другое место жительства, не оплачиваю жилищно-коммунальные услуги, и считает договор социального найма расторгнутым в отношении меня по ч. 3 ст. 83 ЖК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предоставлена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нанимателя]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социального найма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заключённому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наймодателя]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вселена в квартиру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члена семьи нанимателя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указана в договоре социального найма, зарегистрирована в квартире по месту жительства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домовой книги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Брак с истцом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[решением мирового судьи судебного участка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органом ЗАГС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нами сложились конфликтные отношения: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обращалась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заявлениями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[противоправных действиях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по результатам проверки вынесено постановление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была вынуждена выехать из квартиры и временно проживаю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 родственников / по договору найма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сроком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квартире остались мои вещи: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[мебель, одежда, личные вещи — 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сменил замок входной двери и ключи мне не передал.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направила истцу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[письмо / телеграмму]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требованием передать ключи и не препятствовать моему проживанию, ответа не получила.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попытке попасть в квартиру истец меня не впустил, по этому факту я обратилась в полицию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выезда я продолжаю вносить плату за жилое помещение и коммунальные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[вношу свою часть платы по квитанциям, выставляемым на основании [соглашения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об определении порядка и размера участия в оплате; передаю истцу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ежемесячно — переводы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Права собственности или права пользования другим жилым помещением я не приобрела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иском не согласна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Временное отсутствие нанимателя жилого помещения по договору социального найма, кого-либо из проживающих совместно с ним членов его семьи или всех этих граждан не влечёт за собой изменение их прав и обязанностей по договору социального найма (ст. 71 ЖК РФ). При временном отсутствии нанимателя и (или) членов его семьи, включая бывших членов семьи, за ними сохраняются все права и обязанности по договору социального найма (абз. 1 п. 32 постановления Пленума Верховного Суда РФ от 02.07.2009 № 14 «О некоторых вопросах, возникших в судебной практике при применении Жилищного кодекса Российской Федерации», далее — постановление Пленума № 14). Никто не может быть ограничен в праве пользования жилищем иначе как по основаниям и в порядке, которые предусмотрены ЖК РФ, другими федеральными законами (ч. 4 ст. 3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Иск о признании утратившим право на жилое помещение по ч. 3 ст. 83 ЖК РФ подлежит удовлетворению при установлении судом в совокупности обстоятельств, свидетельствующих о добровольном выезде ответчика в другое место жительства, об отсутствии препятствий в пользовании жилым помещением, а также о его отказе в одностороннем порядке от прав и обязанностей по договору социального найма (абз. 3 п. 32 постановления Пленума № 14). Суд выясняет, по какой причине и как долго ответчик отсутствует, носит ли выезд вынужденный или добровольный, временный или постоянный характер, не чинились ли препятствия в пользовании, приобрёл ли ответчик право пользования другим жилым помещением, исполняет ли он обязанности по оплате жилого помещения и коммунальных услуг (абз. 2 п. 32 постановления Пленума № 14). Истец основывает требования на добровольном выезде в другое место жительства и отказе от договора, поэтому эти обстоятельства доказывает он (ч. 1 ст. 56 ГПК РФ). Ни одно из них истцом не доказано.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выезд носит вынужденный характер. Постановление Пленума № 14 прямо относит к вынужденному выезду случаи конфликтных отношений в семье и расторжения брака (абз. 2 п. 32). Я выехала из квартиры после расторжения брака с истцом и в период конфликта, который подтверждается моими обращениями в полицию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материалами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 также показаниями свидетелей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чинятся препятствия в пользовании жилым помещением.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сменил замок входной двери, ключи не передал, на моё требование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ответил,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впустил меня в квартиру, что зафиксировано в материале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Отсутствие препятствий в пользовании жилым помещением является обязательным условием удовлетворения иска по ч. 3 ст. 83 ЖК РФ (абз. 3 п. 32 постановления Пленума № 14).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 от прав и обязанностей по договору социального найма нет. Я продолжаю исполнять обязанность по оплате жилого помещения и коммунальных услуг (п. 5 ч. 3 ст. 67, ч. 1 ст. 153 ЖК РФ):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[квитанции и подтверждения платежей за период 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Неиспользование помещения не является основанием невнесения платы (ч. 11 ст. 155 ЖК РФ), и я этой обязанности не прекращала. В квартире остаются мои вещи. Другого жилого помещения на праве собственности или на праве пользования у меня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определении от 08.08.2023 № 11-КГ23-7-К6 Судебная коллегия по гражданским делам Верховного Суда РФ, применив ч. 3 ст. 83 ЖК РФ и п. 32 постановления Пленума № 14, оставила в силе решение об отказе в иске к члену семьи нанимателя: суд первой инстанции установил, что её периодическое проживание в другом месте не носит постоянного характера, личные вещи находятся в спорном помещении, другого жилья у неё нет, задолженность по оплате отсутствует, а суд апелляционной инстанции эти обстоятельства не оценил. В определении от 25.01.2022 № 16-КГ21-36-К4 Верховный Суд РФ отменил судебные акты о признании нанимателя и членов его семьи утратившими право пользования, указав, что суды не проверили доводы ответчиков о невозможности проживания, не дали в нарушение ст. 55, 67 ГПК РФ оценки их доказательствам и не учли, что в квартире остались их личные вещи, мебель и предметы обстановки.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снятии с регистрационного учёта производно от требования о признании утратившим право пользования. Снятие с регистрационного учёта по месту жительства в связи с признанием утратившим право пользования жилым помещением производится органом регистрационного учёта на основании вступившего в законную силу решения суда (абз. 7 ст. 7 Закона РФ от 25.06.1993 № 5242-1 «О праве граждан Российской Федерации на свободу передвижения, выбор места пребывания и жительства в пределах Российской Федерации»). Поскольку оснований для признания меня утратившей право пользования нет, отсутствуют и основания для снятия с регистрационного учёта.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 конфликта и препятствий в пользовании подтверждаются материалами проверки по моим заявлениям, которые находятся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Получить их копии самостоятельно я не могу: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 запрос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получен отказ / ответ не поступил]. Эти материалы подтверждают вынужденный характер выезда и чинение препятствий в пользовании квартирой, поэтому прошу суд истребовать их (ч. 1 и 2 ст. 57 ГПК РФ). Те же обстоятельства, а также оставление в квартире моих вещей могут подтвердить свидетели: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проживающий(ая)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2 ст. 69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3, 67, 71, 83, 153, 155 ЖК РФ, ст. 35, 56, 57, 69, 149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исковых требований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утратившей право пользования жилым помещением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снятии с регистрационного учёта в полном объёме.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материалы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заявлениям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Вызвать в судебное заседание и допросить в качестве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истцу и третьим лицам копий возражений и приложенных к ним документов, которые у них отсутствуют.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социального найма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домовой книги (справка о регистрации)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[решения суда о расторжении брака / свидетельства о расторжении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талонов-уведомлений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[письма / телеграммы]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истцу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отправки.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квитанций и документов об оплате жилого помещения и коммунальных услуг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[соглашения / решения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определении порядка и размера участия в оплате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правах на объекты недвижимости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запроса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ответа на него.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Доверенность представителя и копия документа о его высшем юридическом образовании или учёной степени по юридической специальности либо о статусе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 или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 о признании утратившим право пользования по договору социального найма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