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 / района]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место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[СНИЛС / ИНН / серия и номер паспорта]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страховой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иска: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не уплачивается (подп. 4 п. 2, п. 3 ст. 333.36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взыскании страхового возмещения по договору страхования квартиры, неустойки, компенсации морального вреда и штрафа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собственником квартиры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(выписка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между мной и ответчиком заключён договор добровольного страхования имущества — полис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программы]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полис) на срок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Договор заключён на условиях Правил страхования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правил]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ответчика, утверждённых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Правила). Страховая премия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уплачена мной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(кассовый чек / платёжный документ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Квартира используется для проживания моей семьи, договор заключён для личных нужд.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полису застрахованы на случай повреждения или гибели, в том числе в результате залива: внутренняя отделка квартиры — страховая сумма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инженерное оборудование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движимое имущество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Страховая премия по риску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[«Залив» / «Повреждение водой»]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полиса).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застрахованной квартире произошёл залив из-за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[разрыва гибкой подводки холодного водоснабжения к смесителю в ванной комнате]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результате повреждены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[отделка потолка, стен и пола в коридоре, ванной комнате и комнате площадью 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м],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[инженерное оборудование]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[движимое имущество: 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Факт и причина залива зафиксированы актом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Я не находилась дома в момент залива, подводка была установлена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видимых дефектов не имела.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уведомила ответчика о страховом событии и подала заявление о выплате страхового возмещения с документами, предусмотренными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Правил.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представитель ответчика осмотрел квартиру (акт осмотра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Письмом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ответчик отказал в выплате, сославшись на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Правил, согласно которому не является страховым случаем повреждение имущества, произошедшее вследствие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[«эксплуатации страхователем неисправного или изношенного оборудования, а также иной грубой неосторожности страхователя»]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отчёту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оценщика]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стоимость восстановительного ремонта внутренней отделки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инженерного оборудования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стоимость повреждённого движимого имущества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всего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Каждая сумма не превышает страховую сумму по соответствующему объекту страхования.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направила ответчику заявление о восстановлении нарушенного права с требованием выплатить страховое возмещение и неустойку. Ответом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ответчик отказал.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обратилась к финансовому уполномоченному с требованиями о взыскании страхового возмещения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неустойки. Решением финансового уполномоченного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удовлетворении требований отказано со ссылкой на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Правил. Решение подписано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вступило в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 решением я не согласна.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договору имущественного страхования страховщик обязуется при наступлении предусмотренного в договоре события (страхового случая) возместить страхователю причинённые вследствие этого события убытки в застрахованном имуществе в пределах страховой суммы (п. 1 ст. 929 ГК РФ). Повреждение отделки, инженерного оборудования и движимого имущества в результате залива в период действия полиса относится к событию, на случай наступления которого застрахована квартира (п.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полиса,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Правил). Размер убытков подтверждён отчётом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оценщика]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находится в пределах страховых сумм.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Страховщик освобождается от выплаты страхового возмещения, если страховой случай наступил вследствие умысла страхователя (абзац первый п. 1 ст. 963 ГК РФ). Для этого страховщик должен доказать, что умысел лица, в пользу которого произведено страхование, был направлен на наступление страхового случая и что это лицо желало наступления негативных последствий (абзац первый п. 49 постановления Пленума Верховного Суда РФ от 25.06.2024 № 19 «О применении судами законодательства о добровольном страховании имущества», далее — постановление Пленума № 19). Таких доказательств ответчик не представил, а на умысел в письме об отказе не ссылался.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Случаи освобождения страховщика от выплаты по договорам имущественного страхования при наступлении страхового случая вследствие грубой неосторожности страхователя могут быть предусмотрены только законом (абзац второй п. 1 ст. 963 ГК РФ). Страховщик может быть освобождён от выплаты по этому основанию, только если это прямо предусмотрено законом (абзац второй п. 49 постановления Пленума № 19). Закон, который освобождал бы страховщика от выплаты по договору страхования квартиры при грубой неосторожности страхователя, отсутствует. Кроме того, ответчик не доказал грубой неосторожности, то есть существенного нарушения той степени заботливости и осмотрительности, какая от меня требовалась (абзац второй п. 49 постановления Пленума № 19 со ссылкой на п. 1 ст. 401 ГК РФ): подводка установлена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видимых дефектов не имела.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Пункт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Правил по форме сформулирован как исключение из страхового покрытия, а по существу устанавливает не предусмотренное законом основание освобождения страховщика от выплаты. Судебная коллегия по гражданским делам Верховного Суда РФ указала, что необходимо разграничивать исключения из страхового покрытия и основания освобождения страховщика от выплаты; оговорки, которыми под видом исключения из перечня страховых случаев согласованы дополнительные основания освобождения, не предусмотренные законом, являются ничтожными (определение от 22.09.2026 № 78-КГ26-29-К3). Условия договора страхования, ущемляющие права потребителя, ничтожны независимо от заявления потребителя и не влекут для него правовых последствий (п. 1 ст. 16 Закона РФ от 07.02.1992 № 2300-I «О защите прав потребителей», далее — Закон о защите прав потребителей; п. 17 постановления Пленума № 19).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Формулировка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Правил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[«неисправном или изношенном оборудовании»]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определяет, по каким признакам оборудование считается неисправным или изношенным. При неясности условий договора страхования, изложенных в полисе и правилах страхования, толкование осуществляется в пользу контрагента стороны, подготовившей проект договора; пока не доказано иное, такой стороной предполагается страховщик (п. 16 постановления Пленума № 19). Поэтому это условие не может толковаться в пользу ответчика.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Страховая премия уплачена, страховой случай наступил, документы ответчику представлены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Срок выплаты страхового возмещения по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Правил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[рабочих / календарных]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получения документов —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Меры ответственности применяются с момента истечения срока для осуществления страхового возмещения, предусмотренного законом или договором (п. 67 постановления Пленума № 19).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Страхователь — потребитель финансовых услуг при нарушении страховщиком обязательств по договору добровольного страхования вправе требовать уплаты неустойки, предусмотренной ст. 28 Закона о защите прав потребителей (абзац второй п. 66 постановления Пленума № 19). Неустойка составляет три процента за каждый день просрочки (п. 5 ст. 28 Закона о защите прав потребителей), исчисляется от размера страховой премии по реализовавшемуся страховому риску и не может превышать её размер (абзац третий п. 66 постановления Пленума № 19). Расчёт: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534"/>
        <w:gridCol w:w="727"/>
        <w:gridCol w:w="2182"/>
        <w:gridCol w:w="2910"/>
      </w:tblGrid>
      <w:tr>
        <w:trPr>
          <w:cantSplit/>
        </w:trPr>
        <w:tc>
          <w:tcPr>
            <w:tcW w:type="dxa" w:w="35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Период просрочки</w:t>
            </w:r>
          </w:p>
        </w:tc>
        <w:tc>
          <w:tcPr>
            <w:tcW w:type="dxa" w:w="72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Дней</w:t>
            </w:r>
          </w:p>
        </w:tc>
        <w:tc>
          <w:tcPr>
            <w:tcW w:type="dxa" w:w="21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Премия по риску, руб.</w:t>
            </w:r>
          </w:p>
        </w:tc>
        <w:tc>
          <w:tcPr>
            <w:tcW w:type="dxa" w:w="29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Неустойка (3 % в день), руб.</w:t>
            </w:r>
          </w:p>
        </w:tc>
      </w:tr>
      <w:tr>
        <w:trPr>
          <w:cantSplit/>
        </w:trPr>
        <w:tc>
          <w:tcPr>
            <w:tcW w:type="dxa" w:w="35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72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[число]</w:t>
            </w:r>
          </w:p>
        </w:tc>
        <w:tc>
          <w:tcPr>
            <w:tcW w:type="dxa" w:w="21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9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353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Итого, но не более премии по риску</w:t>
            </w:r>
          </w:p>
        </w:tc>
        <w:tc>
          <w:tcPr>
            <w:tcW w:type="dxa" w:w="728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18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91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Моральный вред, причинённый потребителю вследствие нарушения его прав, подлежит компенсации причинителем вреда при наличии его вины (ст. 15 Закона о защите прав потребителей). Отказ в выплате без законного основания лишил меня возможности своевременно восстановить квартиру, в которой проживает моя семья. Компенсацию морального вреда оцениваю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Требование о компенсации морального вреда финансовый уполномоченный не рассматривает, оно может быть заявлено в суд без обращения к нему (п. 87 постановления Пленума № 19).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удовлетворении судом требований потребителя суд взыскивает за несоблюдение в добровольном порядке удовлетворения требований потребителя штраф в размере пятидесяти процентов от суммы, присуждённой судом в пользу потребителя (п. 6 ст. 13 Закона о защите прав потребителей). Штраф исчисляется от присуждённых страхового возмещения, неустойки и компенсации морального вреда (п. 71 постановления Пленума № 19). Ответчик получил все документы, осмотрел квартиру и отказал в выплате по собственной оценке условий Правил; обстоятельств, при которых штраф не взыскивается в силу п. 7 ст. 13 Закона о защите прав потребителей,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Обязательный досудебный порядок соблюдён. До обращения к финансовому уполномоченному я направила ответчику заявление о восстановлении нарушенного права (ч. 1 ст. 16 Федерального закона от 04.06.2018 № 123-ФЗ «Об уполномоченном по правам потребителей финансовых услуг», далее — Закон № 123-ФЗ). Решение финансового уполномоченного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вступило в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по истечении десяти рабочих дней после даты его подписания (ч. 1 ст. 23 Закона № 123-ФЗ). Иск подан в течение тридцати календарных дней после дня вступления решения в силу (ч. 3 ст. 25 Закона № 123-ФЗ). Требования о взыскании страхового возмещения и неустойки заявлены по предмету, содержавшемуся в обращении к финансовому уполномоченному (ч. 3 ст. 25 Закона № 123-ФЗ, п. 99 постановления Пленума № 19). Копия искового заявления направлена финансовому уполномоченному.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Иск о защите прав потребителя предъявлен по месту моего жительства (ч. 7 ст. 29 ГПК РФ, абзац третий п. 109 постановления Пленума № 19). Цена иска превышает сто тысяч рублей, поэтому дело подсудно районному суду (п. 5 ч. 1 ст. 23, ст. 24 ГПК РФ). Истцы по искам, связанным с нарушением прав потребителей, освобождаются от уплаты государственной пошлины, если цена иска не превышает 1 000 000 руб. (подп. 4 п. 2, п. 3 ст. 333.36 НК РФ). Двухгодичный срок исковой давности (п. 1 ст. 966 ГК РФ) исчисляется с момента, когда я узнала об отказе в выплате (п. 77 постановления Пленума № 19), —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 не истёк.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929, 963 ГК РФ, ст. 13, 15, 16, 28 Закона о защите прав потребителей, ст. 25 Закона № 123-ФЗ, ст. 29, 94, 98, 100, 131, 132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страховое возмещение по полису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неустойку за нарушение срока выплаты страхового возмещения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компенсацию морального вреда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штраф за несоблюдение в добровольном порядке удовлетворения требований потребителя в размере пятидесяти процентов от присуждённой суммы (п. 6 ст. 13 Закона о защите прав потребителей).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судебные расходы: на оплату услуг оценщика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на оплату услуг представителя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направление копии искового заявления финансовому уполномоченному.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выписки из ЕГРН на квартиру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полиса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Правил страхования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правил]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 об уплате страховой премии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заливе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о выплате страхового возмещения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получении ответчиком, копия акта осмотра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письма ответчика об отказе в выплате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отчёта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оценщика]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документ об оплате услуг оценщика.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о восстановлении нарушенного права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ответа ответчика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обращения к финансовому уполномоченному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решения финансового уполномоченного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Расчёт неустойки.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Договор об оказании юридических услуг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документы об оплате.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Доверенность представителя и копия документа о его высшем юридическом образовании или учёной степени по юридической специальности либо о статусе адвоката.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 или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к страховщику о взыскании страхового возмещения по договору страхования квартиры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