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обвиняемого: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приобщении к материалам уголовного дела заключения специалиста, допросе специалиста и назначении повторной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Я осуществляю его защиту на основании ордера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Обвинение основано, в том числе, на заключении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эксперта, 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результатам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экспертизы, назначенной постановлением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Эксперт пришёл к выводу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вывода эксперта, на котором основано обвинение]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Заключение эксперта предъявлено обвиняемому и защитнику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206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разъяснения вопросов, требующих специальных знаний, сторона защиты привлекла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[образование, специальность, учёная степень при наличии, стаж работы по специальности]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поставила перед ним вопросы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вопросов, поставленных защитником]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Специалист исследовал копию заключения эксперта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материалы, предоставленные специалисту, и источник их получения защитником]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результатам специалист составил заключение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 пришёл к следующим выводам: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[выводы специалиста по каждому вопросу]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частности, специалист указал,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[конкретный недостаток экспертного исследования: неприменение необходимой методики, неполнота исследованных объектов, выводы не следуют из исследовательской части, расчёт выполнен по неверным исходным данным]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Выводы специалиста касаются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подлежащее доказыванию по ст. 73 УПК РФ: событие преступления, размер ущерба, причинная связь, форма вины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опровергают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 эксперта / положение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котором основано обвинение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Подозреваемый, обвиняемый и их представители вправе собирать и представлять письменные документы и предметы для приобщения их к уголовному делу в качестве доказательств (ч. 2 ст. 86 УПК РФ). Защитник вправе собирать доказательства путём получения предметов, документов и иных сведений (п. 1 ч. 3 ст. 86 УПК РФ), привлекать специалиста в соответствии со ст. 58 УПК РФ и собирать и представлять доказательства (п. 2 и 3 ч. 1 ст. 53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Заключение специалиста представляет собой представленное в письменном виде суждение по вопросам, поставленным перед специалистом сторонами (ч. 3 ст. 80 УПК РФ). Заключение и показания специалиста являются самостоятельным видом доказательств (п. 3.1 ч. 2 ст. 74 УПК РФ). Представленное заключение получено в порядке ч. 3 ст. 80 УПК РФ: вопросы перед специалистом поставлены стороной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Защитнику не может быть отказано в приобщении к материалам уголовного дела доказательств, в том числе заключений специалистов, если обстоятельства, об установлении которых он ходатайствует, имеют значение для данного уголовного дела и подтверждаются этими доказательствами (ч. 2.2 ст. 159 УПК РФ). Заключение специалиста подтверждает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входит в предмет доказывания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Пленум Верховного Суда РФ разъяснил, что положения о недопустимости использования справок и актов ведомственных исследований вместо заключения эксперта не препятствуют приобщению к материалам уголовного дела и использованию в процессе доказывания заключения специалиста, полученного в соответствии с ч. 3 ст. 80 УПК РФ (абз. 2 п. 6 постановления Пленума Верховного Суда РФ от 21.12.2010 № 28 «О судебной экспертизе по уголовным делам»).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специалиста — сведения, сообщённые им на допросе об обстоятельствах, требующих специальных познаний, а также разъяснения своего мнения (ч. 4 ст. 80 УПК РФ). Обвиняемому и его защитнику не может быть отказано в допросе свидетелей, производстве судебной экспертизы и других следственных действий, если обстоятельства, об установлении которых они ходатайствуют, имеют значение для данного уголовного дела (ч. 2 ст. 159 УПК РФ). Допрос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необходим для разъяснения выводов его заключения и методики исследования. Специалист готов явиться по вызову следователя.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возникновении сомнений в обоснованности заключения эксперта может быть назначена повторная экспертиза, производство которой поручается другому эксперту (ч. 2 ст. 207 УПК РФ). Необоснованным является заключение, в котором недостаточно аргументированы выводы, не применены или неверно применены необходимые методы и методики экспертного исследования (абз. 2 п. 15 постановления Пленума Верховного Суда РФ от 21.12.2010 № 28). Заключение специалиста указывает именно на такие недостатки заключения эксперта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Обвиняемый вправе ходатайствовать о производстве экспертизы в конкретном экспертном учреждении и о постановке дополнительных вопросов эксперту (п. 3 и 4 ч. 1 ст. 198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непосредственно после его заявления, а при невозможности немедленного решения — не позднее 3 суток со дня заявления (ст. 121 УПК РФ). При полном или частичном отказе в его удовлетворении выносится постановление, которое доводится до сведения заявителя и может быть обжаловано в порядке главы 16 УПК РФ (ч. 3 и 4 ст. 159, ст. 122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86, ч. 3 и 4 ст. 80, п. 2, 3 и 8 ч. 1 ст. 53, ст. 119–121, ч. 2 и 2.2 ст. 159, ч. 2 ст. 207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доказательства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 с приложенными документами о его образовании и квалификации.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Допросить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выводам его заключения с участием защитника. Специалист может быть вызван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уголовному делу повторную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экспертизу, поручив её производство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поставить перед экспертом следующие вопросы: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№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[вопрос №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Ознакомить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с постановлением о назначении повторной экспертизы до её производства, а по её окончании — с заключением эксперта (п. 1 и 6 ч. 1 ст. 198, ч. 1 ст. 206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ходатайства уведомить защитника письменно с вручением копии постановления (ст. 122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об образовании и квалификации специалиста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заключения специалиста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